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99"/>
        <w:gridCol w:w="5499"/>
      </w:tblGrid>
      <w:tr w:rsidR="00E86BD2" w:rsidRPr="005136F6" w14:paraId="22F34DB0" w14:textId="77777777">
        <w:trPr>
          <w:jc w:val="center"/>
        </w:trPr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14:paraId="4E223BB9" w14:textId="154DC533" w:rsidR="00E86BD2" w:rsidRDefault="00164EFD">
            <w:r>
              <w:rPr>
                <w:noProof/>
              </w:rPr>
              <w:drawing>
                <wp:inline distT="0" distB="0" distL="0" distR="0" wp14:anchorId="13539145" wp14:editId="07F8C81B">
                  <wp:extent cx="612000" cy="8287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new(7)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8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</w:rPr>
              <w:t xml:space="preserve">  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14:paraId="125A080B" w14:textId="77777777" w:rsidR="00E86BD2" w:rsidRPr="005136F6" w:rsidRDefault="00164EFD" w:rsidP="005136F6">
            <w:pPr>
              <w:spacing w:after="40"/>
              <w:jc w:val="right"/>
              <w:rPr>
                <w:lang w:val="it-CH"/>
              </w:rPr>
            </w:pPr>
            <w:r w:rsidRPr="005136F6">
              <w:rPr>
                <w:b/>
                <w:color w:val="073B7A"/>
                <w:sz w:val="40"/>
                <w:lang w:val="it-CH"/>
              </w:rPr>
              <w:t>SUSSIDI SCOLASTICI</w:t>
            </w:r>
            <w:r w:rsidRPr="005136F6">
              <w:rPr>
                <w:b/>
                <w:sz w:val="22"/>
                <w:lang w:val="it-CH"/>
              </w:rPr>
              <w:br/>
              <w:t>DOMANDA PER L’OTTENIMENTO</w:t>
            </w:r>
            <w:r w:rsidRPr="005136F6">
              <w:rPr>
                <w:b/>
                <w:sz w:val="22"/>
                <w:lang w:val="it-CH"/>
              </w:rPr>
              <w:br/>
              <w:t>DI UN ASSEGNO DI STUDIO</w:t>
            </w:r>
          </w:p>
        </w:tc>
      </w:tr>
    </w:tbl>
    <w:p w14:paraId="6AF81B8C" w14:textId="77777777" w:rsidR="00E86BD2" w:rsidRPr="005136F6" w:rsidRDefault="00E86BD2">
      <w:pPr>
        <w:pBdr>
          <w:bottom w:val="single" w:sz="12" w:space="0" w:color="073B7A"/>
        </w:pBdr>
        <w:spacing w:after="60"/>
        <w:rPr>
          <w:lang w:val="it-CH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98"/>
      </w:tblGrid>
      <w:tr w:rsidR="00E86BD2" w:rsidRPr="005136F6" w14:paraId="4C661C04" w14:textId="77777777">
        <w:tc>
          <w:tcPr>
            <w:tcW w:w="10998" w:type="dxa"/>
            <w:tcBorders>
              <w:top w:val="nil"/>
              <w:left w:val="nil"/>
              <w:bottom w:val="nil"/>
              <w:right w:val="nil"/>
            </w:tcBorders>
            <w:shd w:val="clear" w:color="auto" w:fill="E8F1FB"/>
            <w:tcMar>
              <w:top w:w="55" w:type="dxa"/>
              <w:left w:w="110" w:type="dxa"/>
              <w:bottom w:w="55" w:type="dxa"/>
              <w:right w:w="110" w:type="dxa"/>
            </w:tcMar>
          </w:tcPr>
          <w:p w14:paraId="4B45B60E" w14:textId="77777777" w:rsidR="00E86BD2" w:rsidRPr="005136F6" w:rsidRDefault="00164EFD">
            <w:pPr>
              <w:rPr>
                <w:lang w:val="it-CH"/>
              </w:rPr>
            </w:pPr>
            <w:r w:rsidRPr="005136F6">
              <w:rPr>
                <w:b/>
                <w:color w:val="073B7A"/>
                <w:lang w:val="it-CH"/>
              </w:rPr>
              <w:t>ⓘ   SI RICHIEDE LA COMPILAZIONE COMPLETA DEL MODULO.</w:t>
            </w:r>
            <w:r w:rsidRPr="005136F6">
              <w:rPr>
                <w:b/>
                <w:color w:val="073B7A"/>
                <w:lang w:val="it-CH"/>
              </w:rPr>
              <w:br/>
              <w:t xml:space="preserve">     I MODULI INCOMPLETI SARANNO RITORNATI AL MITTENTE.</w:t>
            </w:r>
          </w:p>
        </w:tc>
      </w:tr>
    </w:tbl>
    <w:p w14:paraId="044D92A2" w14:textId="77777777" w:rsidR="00E86BD2" w:rsidRPr="005136F6" w:rsidRDefault="00E86BD2">
      <w:pPr>
        <w:spacing w:after="40"/>
        <w:rPr>
          <w:lang w:val="it-CH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2"/>
      </w:tblGrid>
      <w:tr w:rsidR="00E86BD2" w14:paraId="08DA163E" w14:textId="77777777">
        <w:tc>
          <w:tcPr>
            <w:tcW w:w="10998" w:type="dxa"/>
            <w:tcBorders>
              <w:top w:val="single" w:sz="6" w:space="0" w:color="073B7A"/>
              <w:left w:val="single" w:sz="6" w:space="0" w:color="073B7A"/>
              <w:bottom w:val="single" w:sz="6" w:space="0" w:color="073B7A"/>
              <w:right w:val="single" w:sz="6" w:space="0" w:color="073B7A"/>
            </w:tcBorders>
            <w:shd w:val="clear" w:color="auto" w:fill="073B7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2EFF07C6" w14:textId="77777777" w:rsidR="00E86BD2" w:rsidRDefault="00164EFD">
            <w:r>
              <w:rPr>
                <w:b/>
                <w:color w:val="FFFFFF"/>
                <w:sz w:val="17"/>
              </w:rPr>
              <w:t>DATI PERSONALI DEL RICHIEDENTE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082"/>
        <w:gridCol w:w="6576"/>
      </w:tblGrid>
      <w:tr w:rsidR="00E86BD2" w14:paraId="5EAB5640" w14:textId="77777777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193FDCC" w14:textId="77777777" w:rsidR="00E86BD2" w:rsidRDefault="00164EFD">
            <w:r>
              <w:rPr>
                <w:b/>
              </w:rPr>
              <w:t>Cognome</w:t>
            </w:r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57C5A92" w14:textId="77777777" w:rsidR="00E86BD2" w:rsidRDefault="00164EFD">
            <w:r>
              <w:t xml:space="preserve">                         Nome: __________________________________________</w:t>
            </w:r>
          </w:p>
        </w:tc>
      </w:tr>
      <w:tr w:rsidR="00E86BD2" w14:paraId="020286D7" w14:textId="77777777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E18AC77" w14:textId="77777777" w:rsidR="00E86BD2" w:rsidRDefault="00164EFD">
            <w:r>
              <w:rPr>
                <w:b/>
              </w:rPr>
              <w:t>Domicilio</w:t>
            </w:r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39D3B8E" w14:textId="77777777" w:rsidR="00E86BD2" w:rsidRDefault="00E86BD2"/>
        </w:tc>
      </w:tr>
      <w:tr w:rsidR="00E86BD2" w:rsidRPr="005136F6" w14:paraId="60BE32C7" w14:textId="77777777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5FB87D3" w14:textId="77777777" w:rsidR="00E86BD2" w:rsidRPr="005136F6" w:rsidRDefault="00164EFD">
            <w:pPr>
              <w:rPr>
                <w:lang w:val="it-CH"/>
              </w:rPr>
            </w:pPr>
            <w:r w:rsidRPr="005136F6">
              <w:rPr>
                <w:b/>
                <w:lang w:val="it-CH"/>
              </w:rPr>
              <w:t>Indirizzo per l’invio della corrispondenza</w:t>
            </w:r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D967975" w14:textId="77777777" w:rsidR="00E86BD2" w:rsidRPr="005136F6" w:rsidRDefault="00E86BD2">
            <w:pPr>
              <w:rPr>
                <w:lang w:val="it-CH"/>
              </w:rPr>
            </w:pPr>
          </w:p>
        </w:tc>
      </w:tr>
      <w:tr w:rsidR="00E86BD2" w14:paraId="4230CD72" w14:textId="77777777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BAEDBC0" w14:textId="77777777" w:rsidR="00E86BD2" w:rsidRDefault="00164EFD">
            <w:proofErr w:type="spellStart"/>
            <w:r>
              <w:rPr>
                <w:b/>
              </w:rPr>
              <w:t>Telefono</w:t>
            </w:r>
            <w:proofErr w:type="spellEnd"/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E313E52" w14:textId="77777777" w:rsidR="00E86BD2" w:rsidRDefault="00164EFD">
            <w:r>
              <w:t xml:space="preserve">                         E-mail: _________________________________________</w:t>
            </w:r>
          </w:p>
        </w:tc>
      </w:tr>
    </w:tbl>
    <w:p w14:paraId="6546596A" w14:textId="77777777" w:rsidR="00E86BD2" w:rsidRDefault="00E86BD2">
      <w:pPr>
        <w:spacing w:after="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2"/>
      </w:tblGrid>
      <w:tr w:rsidR="00E86BD2" w:rsidRPr="005136F6" w14:paraId="181D7E8F" w14:textId="77777777">
        <w:tc>
          <w:tcPr>
            <w:tcW w:w="10998" w:type="dxa"/>
            <w:tcBorders>
              <w:top w:val="single" w:sz="6" w:space="0" w:color="073B7A"/>
              <w:left w:val="single" w:sz="6" w:space="0" w:color="073B7A"/>
              <w:bottom w:val="single" w:sz="6" w:space="0" w:color="073B7A"/>
              <w:right w:val="single" w:sz="6" w:space="0" w:color="073B7A"/>
            </w:tcBorders>
            <w:shd w:val="clear" w:color="auto" w:fill="073B7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56E130E4" w14:textId="77777777" w:rsidR="00E86BD2" w:rsidRPr="005136F6" w:rsidRDefault="00164EFD">
            <w:pPr>
              <w:rPr>
                <w:lang w:val="it-CH"/>
              </w:rPr>
            </w:pPr>
            <w:r w:rsidRPr="005136F6">
              <w:rPr>
                <w:b/>
                <w:color w:val="FFFFFF"/>
                <w:sz w:val="17"/>
                <w:lang w:val="it-CH"/>
              </w:rPr>
              <w:t>CONTO CORRENTE PER IL VERSAMENTO DEL SUSSIDIO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082"/>
        <w:gridCol w:w="6576"/>
      </w:tblGrid>
      <w:tr w:rsidR="00E86BD2" w14:paraId="323075B5" w14:textId="77777777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E8D04B9" w14:textId="77777777" w:rsidR="00E86BD2" w:rsidRDefault="00164EFD">
            <w:r>
              <w:rPr>
                <w:b/>
              </w:rPr>
              <w:t>IBAN</w:t>
            </w:r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2FAFFB4" w14:textId="77777777" w:rsidR="00E86BD2" w:rsidRDefault="00164EFD">
            <w:r>
              <w:t>CH ____________________________________________     Istituto bancario / Postale: __________________</w:t>
            </w:r>
          </w:p>
        </w:tc>
      </w:tr>
      <w:tr w:rsidR="00E86BD2" w14:paraId="4D087155" w14:textId="77777777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8206804" w14:textId="77777777" w:rsidR="00E86BD2" w:rsidRDefault="00164EFD">
            <w:r>
              <w:rPr>
                <w:b/>
              </w:rPr>
              <w:t>Titolare del conto</w:t>
            </w:r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E430AF6" w14:textId="77777777" w:rsidR="00E86BD2" w:rsidRDefault="00E86BD2"/>
        </w:tc>
      </w:tr>
    </w:tbl>
    <w:p w14:paraId="57F0AE48" w14:textId="77777777" w:rsidR="00E86BD2" w:rsidRDefault="00E86BD2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"/>
        <w:gridCol w:w="5499"/>
      </w:tblGrid>
      <w:tr w:rsidR="00E86BD2" w:rsidRPr="005136F6" w14:paraId="6F785AC8" w14:textId="77777777">
        <w:tc>
          <w:tcPr>
            <w:tcW w:w="510" w:type="dxa"/>
            <w:tcBorders>
              <w:top w:val="single" w:sz="6" w:space="0" w:color="073B7A"/>
              <w:left w:val="single" w:sz="6" w:space="0" w:color="073B7A"/>
              <w:bottom w:val="single" w:sz="6" w:space="0" w:color="073B7A"/>
              <w:right w:val="single" w:sz="6" w:space="0" w:color="073B7A"/>
            </w:tcBorders>
            <w:shd w:val="clear" w:color="auto" w:fill="073B7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475AE948" w14:textId="77777777" w:rsidR="00E86BD2" w:rsidRDefault="00164EFD">
            <w:pPr>
              <w:jc w:val="center"/>
            </w:pPr>
            <w:r>
              <w:rPr>
                <w:b/>
                <w:color w:val="FFFFFF"/>
                <w:sz w:val="24"/>
              </w:rPr>
              <w:t>1</w:t>
            </w:r>
          </w:p>
        </w:tc>
        <w:tc>
          <w:tcPr>
            <w:tcW w:w="5499" w:type="dxa"/>
            <w:tcBorders>
              <w:top w:val="single" w:sz="6" w:space="0" w:color="073B7A"/>
              <w:left w:val="single" w:sz="6" w:space="0" w:color="073B7A"/>
              <w:bottom w:val="single" w:sz="6" w:space="0" w:color="073B7A"/>
              <w:right w:val="single" w:sz="6" w:space="0" w:color="073B7A"/>
            </w:tcBorders>
            <w:shd w:val="clear" w:color="auto" w:fill="073B7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05B442EE" w14:textId="77777777" w:rsidR="00E86BD2" w:rsidRPr="005136F6" w:rsidRDefault="00164EFD">
            <w:pPr>
              <w:rPr>
                <w:lang w:val="it-CH"/>
              </w:rPr>
            </w:pPr>
            <w:r w:rsidRPr="005136F6">
              <w:rPr>
                <w:b/>
                <w:color w:val="FFFFFF"/>
                <w:sz w:val="17"/>
                <w:lang w:val="it-CH"/>
              </w:rPr>
              <w:t>DATI ANAGRAFICI DEL RICHIEDENTE</w:t>
            </w:r>
            <w:r w:rsidRPr="005136F6">
              <w:rPr>
                <w:color w:val="FFFFFF"/>
                <w:sz w:val="14"/>
                <w:lang w:val="it-CH"/>
              </w:rPr>
              <w:br/>
              <w:t>(studente o apprendista)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082"/>
        <w:gridCol w:w="6576"/>
      </w:tblGrid>
      <w:tr w:rsidR="00E86BD2" w14:paraId="405E5B11" w14:textId="77777777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73F9EF1" w14:textId="77777777" w:rsidR="00E86BD2" w:rsidRDefault="00164EFD">
            <w:r>
              <w:rPr>
                <w:b/>
                <w:sz w:val="15"/>
              </w:rPr>
              <w:t xml:space="preserve">Data di </w:t>
            </w:r>
            <w:proofErr w:type="spellStart"/>
            <w:r>
              <w:rPr>
                <w:b/>
                <w:sz w:val="15"/>
              </w:rPr>
              <w:t>nascita</w:t>
            </w:r>
            <w:proofErr w:type="spellEnd"/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EC18028" w14:textId="77777777" w:rsidR="00E86BD2" w:rsidRDefault="00E86BD2"/>
        </w:tc>
      </w:tr>
      <w:tr w:rsidR="00E86BD2" w14:paraId="0E1774D5" w14:textId="77777777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ED88186" w14:textId="77777777" w:rsidR="00E86BD2" w:rsidRDefault="00164EFD">
            <w:r>
              <w:rPr>
                <w:b/>
                <w:sz w:val="15"/>
              </w:rPr>
              <w:t>Sesso</w:t>
            </w:r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2EDF687" w14:textId="77777777" w:rsidR="00E86BD2" w:rsidRDefault="00164EFD">
            <w:r>
              <w:rPr>
                <w:sz w:val="15"/>
              </w:rPr>
              <w:t>☐</w:t>
            </w:r>
            <w:r>
              <w:rPr>
                <w:sz w:val="15"/>
              </w:rPr>
              <w:t xml:space="preserve"> Femminile        ☐ Maschile</w:t>
            </w:r>
          </w:p>
        </w:tc>
      </w:tr>
      <w:tr w:rsidR="00E86BD2" w:rsidRPr="005136F6" w14:paraId="0C692F4A" w14:textId="77777777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4E9D669" w14:textId="77777777" w:rsidR="00E86BD2" w:rsidRDefault="00164EFD">
            <w:r>
              <w:rPr>
                <w:b/>
                <w:sz w:val="15"/>
              </w:rPr>
              <w:t>Stato civile</w:t>
            </w:r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9D35B7B" w14:textId="77777777" w:rsidR="00E86BD2" w:rsidRPr="005136F6" w:rsidRDefault="00164EFD">
            <w:pPr>
              <w:rPr>
                <w:lang w:val="it-CH"/>
              </w:rPr>
            </w:pPr>
            <w:r w:rsidRPr="005136F6">
              <w:rPr>
                <w:sz w:val="15"/>
                <w:lang w:val="it-CH"/>
              </w:rPr>
              <w:t>☐</w:t>
            </w:r>
            <w:r w:rsidRPr="005136F6">
              <w:rPr>
                <w:sz w:val="15"/>
                <w:lang w:val="it-CH"/>
              </w:rPr>
              <w:t xml:space="preserve"> Celibe / Nubile   ☐ Coniugato/a   ☐ Divorziato/a   ☐ Vedovo/a   ☐ Separato/a</w:t>
            </w:r>
          </w:p>
        </w:tc>
      </w:tr>
      <w:tr w:rsidR="00E86BD2" w14:paraId="60FA6455" w14:textId="77777777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A47E6CD" w14:textId="77777777" w:rsidR="00E86BD2" w:rsidRDefault="00164EFD">
            <w:proofErr w:type="spellStart"/>
            <w:r>
              <w:rPr>
                <w:b/>
                <w:sz w:val="15"/>
              </w:rPr>
              <w:t>Nazionalità</w:t>
            </w:r>
            <w:proofErr w:type="spellEnd"/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36E13CC" w14:textId="77777777" w:rsidR="00E86BD2" w:rsidRDefault="00164EFD">
            <w:r>
              <w:rPr>
                <w:sz w:val="15"/>
              </w:rPr>
              <w:t>☐</w:t>
            </w:r>
            <w:r>
              <w:rPr>
                <w:sz w:val="15"/>
              </w:rPr>
              <w:t xml:space="preserve"> Svizzera     ☐ Straniera - specificare: ______________________________</w:t>
            </w:r>
          </w:p>
        </w:tc>
      </w:tr>
      <w:tr w:rsidR="00E86BD2" w:rsidRPr="005136F6" w14:paraId="7996CB47" w14:textId="77777777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0E7E806" w14:textId="77777777" w:rsidR="00E86BD2" w:rsidRDefault="00164EFD">
            <w:r>
              <w:rPr>
                <w:b/>
                <w:sz w:val="15"/>
              </w:rPr>
              <w:t>Attinenza / residenza in Ticino</w:t>
            </w:r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BBCEB2C" w14:textId="77777777" w:rsidR="00E86BD2" w:rsidRPr="005136F6" w:rsidRDefault="00164EFD">
            <w:pPr>
              <w:rPr>
                <w:lang w:val="it-CH"/>
              </w:rPr>
            </w:pPr>
            <w:r w:rsidRPr="005136F6">
              <w:rPr>
                <w:sz w:val="15"/>
                <w:lang w:val="it-CH"/>
              </w:rPr>
              <w:t>Attinenza: ____________________   Se straniero/a, residente in Ticino dal: __________</w:t>
            </w:r>
          </w:p>
        </w:tc>
      </w:tr>
      <w:tr w:rsidR="00E86BD2" w14:paraId="7F3621DB" w14:textId="77777777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901555C" w14:textId="77777777" w:rsidR="00E86BD2" w:rsidRDefault="00164EFD">
            <w:proofErr w:type="spellStart"/>
            <w:r>
              <w:rPr>
                <w:b/>
                <w:sz w:val="15"/>
              </w:rPr>
              <w:t>Permesso</w:t>
            </w:r>
            <w:proofErr w:type="spellEnd"/>
            <w:r>
              <w:rPr>
                <w:b/>
                <w:sz w:val="15"/>
              </w:rPr>
              <w:t xml:space="preserve"> di </w:t>
            </w:r>
            <w:proofErr w:type="spellStart"/>
            <w:r>
              <w:rPr>
                <w:b/>
                <w:sz w:val="15"/>
              </w:rPr>
              <w:t>residenza</w:t>
            </w:r>
            <w:proofErr w:type="spellEnd"/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33479EC" w14:textId="77777777" w:rsidR="00E86BD2" w:rsidRDefault="00164EFD">
            <w:r>
              <w:rPr>
                <w:sz w:val="15"/>
              </w:rPr>
              <w:t>☐</w:t>
            </w:r>
            <w:r>
              <w:rPr>
                <w:sz w:val="15"/>
              </w:rPr>
              <w:t xml:space="preserve"> C     ☐ B     ☐ F     ☐ Altro: __________________</w:t>
            </w:r>
          </w:p>
        </w:tc>
      </w:tr>
    </w:tbl>
    <w:p w14:paraId="5ABDC791" w14:textId="77777777" w:rsidR="00E86BD2" w:rsidRDefault="00E86BD2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"/>
        <w:gridCol w:w="5499"/>
      </w:tblGrid>
      <w:tr w:rsidR="00E86BD2" w:rsidRPr="005136F6" w14:paraId="25CBF3D6" w14:textId="77777777">
        <w:tc>
          <w:tcPr>
            <w:tcW w:w="510" w:type="dxa"/>
            <w:tcBorders>
              <w:top w:val="single" w:sz="6" w:space="0" w:color="073B7A"/>
              <w:left w:val="single" w:sz="6" w:space="0" w:color="073B7A"/>
              <w:bottom w:val="single" w:sz="6" w:space="0" w:color="073B7A"/>
              <w:right w:val="single" w:sz="6" w:space="0" w:color="073B7A"/>
            </w:tcBorders>
            <w:shd w:val="clear" w:color="auto" w:fill="073B7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3D9DED01" w14:textId="77777777" w:rsidR="00E86BD2" w:rsidRDefault="00164EFD">
            <w:pPr>
              <w:jc w:val="center"/>
            </w:pPr>
            <w:r>
              <w:rPr>
                <w:b/>
                <w:color w:val="FFFFFF"/>
                <w:sz w:val="24"/>
              </w:rPr>
              <w:t>2</w:t>
            </w:r>
          </w:p>
        </w:tc>
        <w:tc>
          <w:tcPr>
            <w:tcW w:w="5499" w:type="dxa"/>
            <w:tcBorders>
              <w:top w:val="single" w:sz="6" w:space="0" w:color="073B7A"/>
              <w:left w:val="single" w:sz="6" w:space="0" w:color="073B7A"/>
              <w:bottom w:val="single" w:sz="6" w:space="0" w:color="073B7A"/>
              <w:right w:val="single" w:sz="6" w:space="0" w:color="073B7A"/>
            </w:tcBorders>
            <w:shd w:val="clear" w:color="auto" w:fill="073B7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6E9A0558" w14:textId="77777777" w:rsidR="00E86BD2" w:rsidRPr="005136F6" w:rsidRDefault="00164EFD">
            <w:pPr>
              <w:rPr>
                <w:lang w:val="it-CH"/>
              </w:rPr>
            </w:pPr>
            <w:r w:rsidRPr="005136F6">
              <w:rPr>
                <w:b/>
                <w:color w:val="FFFFFF"/>
                <w:sz w:val="17"/>
                <w:lang w:val="it-CH"/>
              </w:rPr>
              <w:t>COMPOSIZIONE DELLA FAMIGLIA</w:t>
            </w:r>
            <w:r w:rsidRPr="005136F6">
              <w:rPr>
                <w:color w:val="FFFFFF"/>
                <w:sz w:val="14"/>
                <w:lang w:val="it-CH"/>
              </w:rPr>
              <w:br/>
              <w:t>(i genitori del richiedente)</w:t>
            </w:r>
          </w:p>
        </w:tc>
      </w:tr>
    </w:tbl>
    <w:p w14:paraId="1C561DC1" w14:textId="77777777" w:rsidR="00E86BD2" w:rsidRDefault="00164EFD">
      <w:r>
        <w:rPr>
          <w:b/>
          <w:color w:val="073B7A"/>
        </w:rPr>
        <w:t>PADRE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082"/>
        <w:gridCol w:w="6576"/>
      </w:tblGrid>
      <w:tr w:rsidR="00E86BD2" w14:paraId="53508824" w14:textId="77777777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EC033C1" w14:textId="77777777" w:rsidR="00E86BD2" w:rsidRDefault="00164EFD">
            <w:r>
              <w:rPr>
                <w:b/>
                <w:sz w:val="14"/>
              </w:rPr>
              <w:t>Cognome e nome</w:t>
            </w:r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E8E4743" w14:textId="77777777" w:rsidR="00E86BD2" w:rsidRDefault="00E86BD2"/>
        </w:tc>
      </w:tr>
      <w:tr w:rsidR="00E86BD2" w14:paraId="54375DDB" w14:textId="77777777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383ACC3" w14:textId="77777777" w:rsidR="00E86BD2" w:rsidRDefault="00164EFD">
            <w:r>
              <w:rPr>
                <w:b/>
                <w:sz w:val="14"/>
              </w:rPr>
              <w:t>Data di nascita</w:t>
            </w:r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D878CF4" w14:textId="77777777" w:rsidR="00E86BD2" w:rsidRDefault="00E86BD2"/>
        </w:tc>
      </w:tr>
      <w:tr w:rsidR="00E86BD2" w:rsidRPr="005136F6" w14:paraId="78FADD4E" w14:textId="77777777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B188614" w14:textId="77777777" w:rsidR="00E86BD2" w:rsidRPr="005136F6" w:rsidRDefault="00164EFD">
            <w:pPr>
              <w:rPr>
                <w:lang w:val="it-CH"/>
              </w:rPr>
            </w:pPr>
            <w:r w:rsidRPr="005136F6">
              <w:rPr>
                <w:b/>
                <w:sz w:val="14"/>
                <w:lang w:val="it-CH"/>
              </w:rPr>
              <w:t>Domicilio e indirizzo (se non vive con il richiedente)</w:t>
            </w:r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6DCA035" w14:textId="77777777" w:rsidR="00E86BD2" w:rsidRPr="005136F6" w:rsidRDefault="00E86BD2">
            <w:pPr>
              <w:rPr>
                <w:lang w:val="it-CH"/>
              </w:rPr>
            </w:pPr>
          </w:p>
        </w:tc>
      </w:tr>
      <w:tr w:rsidR="00E86BD2" w14:paraId="40B2AD80" w14:textId="77777777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B08E130" w14:textId="77777777" w:rsidR="00E86BD2" w:rsidRDefault="00164EFD">
            <w:proofErr w:type="spellStart"/>
            <w:r>
              <w:rPr>
                <w:b/>
                <w:sz w:val="14"/>
              </w:rPr>
              <w:t>Professione</w:t>
            </w:r>
            <w:proofErr w:type="spellEnd"/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EB3BEFD" w14:textId="77777777" w:rsidR="00E86BD2" w:rsidRDefault="00E86BD2"/>
        </w:tc>
      </w:tr>
      <w:tr w:rsidR="00E86BD2" w14:paraId="35270FE8" w14:textId="77777777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1B6ED2E" w14:textId="77777777" w:rsidR="00E86BD2" w:rsidRDefault="00164EFD">
            <w:r>
              <w:rPr>
                <w:b/>
                <w:sz w:val="14"/>
              </w:rPr>
              <w:t>Datore di lavoro</w:t>
            </w:r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1B5C3D9" w14:textId="77777777" w:rsidR="00E86BD2" w:rsidRDefault="00E86BD2"/>
        </w:tc>
      </w:tr>
    </w:tbl>
    <w:p w14:paraId="369A1A57" w14:textId="77777777" w:rsidR="00E86BD2" w:rsidRDefault="00164EFD">
      <w:r>
        <w:rPr>
          <w:b/>
          <w:color w:val="073B7A"/>
        </w:rPr>
        <w:t>MADRE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082"/>
        <w:gridCol w:w="6576"/>
      </w:tblGrid>
      <w:tr w:rsidR="00E86BD2" w14:paraId="29384E95" w14:textId="77777777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0F14B07" w14:textId="77777777" w:rsidR="00E86BD2" w:rsidRDefault="00164EFD">
            <w:r>
              <w:rPr>
                <w:b/>
                <w:sz w:val="14"/>
              </w:rPr>
              <w:t>Cognome e nome</w:t>
            </w:r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3D83A10" w14:textId="77777777" w:rsidR="00E86BD2" w:rsidRDefault="00E86BD2"/>
        </w:tc>
      </w:tr>
      <w:tr w:rsidR="00E86BD2" w14:paraId="3D7D738D" w14:textId="77777777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02B6AA4" w14:textId="77777777" w:rsidR="00E86BD2" w:rsidRDefault="00164EFD">
            <w:r>
              <w:rPr>
                <w:b/>
                <w:sz w:val="14"/>
              </w:rPr>
              <w:t>Data di nascita</w:t>
            </w:r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CA6FE7A" w14:textId="77777777" w:rsidR="00E86BD2" w:rsidRDefault="00E86BD2"/>
        </w:tc>
      </w:tr>
      <w:tr w:rsidR="00E86BD2" w:rsidRPr="005136F6" w14:paraId="3E1AEB39" w14:textId="77777777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0C6AAE9" w14:textId="77777777" w:rsidR="00E86BD2" w:rsidRPr="005136F6" w:rsidRDefault="00164EFD">
            <w:pPr>
              <w:rPr>
                <w:lang w:val="it-CH"/>
              </w:rPr>
            </w:pPr>
            <w:r w:rsidRPr="005136F6">
              <w:rPr>
                <w:b/>
                <w:sz w:val="14"/>
                <w:lang w:val="it-CH"/>
              </w:rPr>
              <w:t>Domicilio e indirizzo (se non vive con il richiedente)</w:t>
            </w:r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0977973" w14:textId="77777777" w:rsidR="00E86BD2" w:rsidRPr="005136F6" w:rsidRDefault="00E86BD2">
            <w:pPr>
              <w:rPr>
                <w:lang w:val="it-CH"/>
              </w:rPr>
            </w:pPr>
          </w:p>
        </w:tc>
      </w:tr>
      <w:tr w:rsidR="00E86BD2" w14:paraId="6F529BB9" w14:textId="77777777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9BEB742" w14:textId="77777777" w:rsidR="00E86BD2" w:rsidRDefault="00164EFD">
            <w:proofErr w:type="spellStart"/>
            <w:r>
              <w:rPr>
                <w:b/>
                <w:sz w:val="14"/>
              </w:rPr>
              <w:t>Professione</w:t>
            </w:r>
            <w:proofErr w:type="spellEnd"/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48938BE" w14:textId="77777777" w:rsidR="00E86BD2" w:rsidRDefault="00E86BD2"/>
        </w:tc>
      </w:tr>
      <w:tr w:rsidR="00E86BD2" w14:paraId="2E36F0F6" w14:textId="77777777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F2D0C15" w14:textId="77777777" w:rsidR="00E86BD2" w:rsidRDefault="00164EFD">
            <w:r>
              <w:rPr>
                <w:b/>
                <w:sz w:val="14"/>
              </w:rPr>
              <w:t>Datore di lavoro</w:t>
            </w:r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E354F7C" w14:textId="77777777" w:rsidR="00E86BD2" w:rsidRDefault="00E86BD2"/>
        </w:tc>
      </w:tr>
    </w:tbl>
    <w:p w14:paraId="0CC6C797" w14:textId="5302D1D8" w:rsidR="00E86BD2" w:rsidRDefault="00E86BD2">
      <w:pPr>
        <w:jc w:val="righ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"/>
        <w:gridCol w:w="5499"/>
      </w:tblGrid>
      <w:tr w:rsidR="005136F6" w:rsidRPr="005136F6" w14:paraId="52B57692" w14:textId="77777777" w:rsidTr="0012752F">
        <w:tc>
          <w:tcPr>
            <w:tcW w:w="510" w:type="dxa"/>
            <w:tcBorders>
              <w:top w:val="single" w:sz="6" w:space="0" w:color="073B7A"/>
              <w:left w:val="single" w:sz="6" w:space="0" w:color="073B7A"/>
              <w:bottom w:val="single" w:sz="6" w:space="0" w:color="073B7A"/>
              <w:right w:val="single" w:sz="6" w:space="0" w:color="073B7A"/>
            </w:tcBorders>
            <w:shd w:val="clear" w:color="auto" w:fill="073B7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1FA6A9F6" w14:textId="77777777" w:rsidR="005136F6" w:rsidRDefault="005136F6" w:rsidP="0012752F">
            <w:pPr>
              <w:jc w:val="center"/>
            </w:pPr>
            <w:r>
              <w:rPr>
                <w:b/>
                <w:color w:val="FFFFFF"/>
                <w:sz w:val="24"/>
              </w:rPr>
              <w:t>3</w:t>
            </w:r>
          </w:p>
        </w:tc>
        <w:tc>
          <w:tcPr>
            <w:tcW w:w="5499" w:type="dxa"/>
            <w:tcBorders>
              <w:top w:val="single" w:sz="6" w:space="0" w:color="073B7A"/>
              <w:left w:val="single" w:sz="6" w:space="0" w:color="073B7A"/>
              <w:bottom w:val="single" w:sz="6" w:space="0" w:color="073B7A"/>
              <w:right w:val="single" w:sz="6" w:space="0" w:color="073B7A"/>
            </w:tcBorders>
            <w:shd w:val="clear" w:color="auto" w:fill="073B7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57D2F2B2" w14:textId="77777777" w:rsidR="005136F6" w:rsidRPr="005136F6" w:rsidRDefault="005136F6" w:rsidP="0012752F">
            <w:pPr>
              <w:rPr>
                <w:lang w:val="it-CH"/>
              </w:rPr>
            </w:pPr>
            <w:r w:rsidRPr="005136F6">
              <w:rPr>
                <w:b/>
                <w:color w:val="FFFFFF"/>
                <w:sz w:val="17"/>
                <w:lang w:val="it-CH"/>
              </w:rPr>
              <w:t>SCUOLE FREQUENTATE DOPO IL PROSCIOGLIMENTO DALL’OBBLIGO SCOLASTICO</w:t>
            </w:r>
          </w:p>
        </w:tc>
      </w:tr>
    </w:tbl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468"/>
        <w:gridCol w:w="2747"/>
        <w:gridCol w:w="2747"/>
        <w:gridCol w:w="2747"/>
      </w:tblGrid>
      <w:tr w:rsidR="005136F6" w:rsidRPr="005136F6" w14:paraId="4EFD03DA" w14:textId="77777777" w:rsidTr="002D15F7">
        <w:trPr>
          <w:jc w:val="center"/>
        </w:trPr>
        <w:tc>
          <w:tcPr>
            <w:tcW w:w="2468" w:type="dxa"/>
            <w:shd w:val="clear" w:color="auto" w:fill="E8F1FB"/>
          </w:tcPr>
          <w:p w14:paraId="1692AC10" w14:textId="77777777" w:rsidR="005136F6" w:rsidRDefault="005136F6" w:rsidP="0012752F">
            <w:proofErr w:type="spellStart"/>
            <w:r>
              <w:rPr>
                <w:b/>
                <w:sz w:val="15"/>
              </w:rPr>
              <w:t>Genere</w:t>
            </w:r>
            <w:proofErr w:type="spellEnd"/>
            <w:r>
              <w:rPr>
                <w:b/>
                <w:sz w:val="15"/>
              </w:rPr>
              <w:t xml:space="preserve"> di </w:t>
            </w:r>
            <w:proofErr w:type="spellStart"/>
            <w:r>
              <w:rPr>
                <w:b/>
                <w:sz w:val="15"/>
              </w:rPr>
              <w:t>scuola</w:t>
            </w:r>
            <w:proofErr w:type="spellEnd"/>
          </w:p>
        </w:tc>
        <w:tc>
          <w:tcPr>
            <w:tcW w:w="2747" w:type="dxa"/>
            <w:shd w:val="clear" w:color="auto" w:fill="E8F1FB"/>
          </w:tcPr>
          <w:p w14:paraId="13DFA04E" w14:textId="77777777" w:rsidR="005136F6" w:rsidRDefault="005136F6" w:rsidP="0012752F">
            <w:r>
              <w:rPr>
                <w:b/>
                <w:sz w:val="15"/>
              </w:rPr>
              <w:t>Dal</w:t>
            </w:r>
          </w:p>
        </w:tc>
        <w:tc>
          <w:tcPr>
            <w:tcW w:w="2747" w:type="dxa"/>
            <w:shd w:val="clear" w:color="auto" w:fill="E8F1FB"/>
          </w:tcPr>
          <w:p w14:paraId="0515968C" w14:textId="77777777" w:rsidR="005136F6" w:rsidRDefault="005136F6" w:rsidP="0012752F">
            <w:r>
              <w:rPr>
                <w:b/>
                <w:sz w:val="15"/>
              </w:rPr>
              <w:t>Al</w:t>
            </w:r>
          </w:p>
        </w:tc>
        <w:tc>
          <w:tcPr>
            <w:tcW w:w="2747" w:type="dxa"/>
            <w:shd w:val="clear" w:color="auto" w:fill="E8F1FB"/>
          </w:tcPr>
          <w:p w14:paraId="283D33E8" w14:textId="77777777" w:rsidR="005136F6" w:rsidRPr="005136F6" w:rsidRDefault="005136F6" w:rsidP="0012752F">
            <w:pPr>
              <w:rPr>
                <w:lang w:val="it-CH"/>
              </w:rPr>
            </w:pPr>
            <w:r w:rsidRPr="005136F6">
              <w:rPr>
                <w:b/>
                <w:sz w:val="15"/>
                <w:lang w:val="it-CH"/>
              </w:rPr>
              <w:t>Per una durata di (anni)</w:t>
            </w:r>
          </w:p>
        </w:tc>
      </w:tr>
      <w:tr w:rsidR="005136F6" w:rsidRPr="005136F6" w14:paraId="6DB00C51" w14:textId="77777777" w:rsidTr="002D15F7">
        <w:trPr>
          <w:jc w:val="center"/>
        </w:trPr>
        <w:tc>
          <w:tcPr>
            <w:tcW w:w="24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89A15A" w14:textId="77777777" w:rsidR="005136F6" w:rsidRPr="005136F6" w:rsidRDefault="005136F6" w:rsidP="0012752F">
            <w:pPr>
              <w:rPr>
                <w:lang w:val="it-CH"/>
              </w:rPr>
            </w:pPr>
            <w:r w:rsidRPr="005136F6">
              <w:rPr>
                <w:lang w:val="it-CH"/>
              </w:rPr>
              <w:br/>
            </w:r>
          </w:p>
        </w:tc>
        <w:tc>
          <w:tcPr>
            <w:tcW w:w="274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FFEDC2" w14:textId="77777777" w:rsidR="005136F6" w:rsidRPr="005136F6" w:rsidRDefault="005136F6" w:rsidP="0012752F">
            <w:pPr>
              <w:rPr>
                <w:lang w:val="it-CH"/>
              </w:rPr>
            </w:pPr>
            <w:r w:rsidRPr="005136F6">
              <w:rPr>
                <w:lang w:val="it-CH"/>
              </w:rPr>
              <w:br/>
            </w:r>
          </w:p>
        </w:tc>
        <w:tc>
          <w:tcPr>
            <w:tcW w:w="274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51132D" w14:textId="77777777" w:rsidR="005136F6" w:rsidRPr="005136F6" w:rsidRDefault="005136F6" w:rsidP="0012752F">
            <w:pPr>
              <w:rPr>
                <w:lang w:val="it-CH"/>
              </w:rPr>
            </w:pPr>
            <w:r w:rsidRPr="005136F6">
              <w:rPr>
                <w:lang w:val="it-CH"/>
              </w:rPr>
              <w:br/>
            </w:r>
          </w:p>
        </w:tc>
        <w:tc>
          <w:tcPr>
            <w:tcW w:w="274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598E2D" w14:textId="77777777" w:rsidR="005136F6" w:rsidRPr="005136F6" w:rsidRDefault="005136F6" w:rsidP="0012752F">
            <w:pPr>
              <w:rPr>
                <w:lang w:val="it-CH"/>
              </w:rPr>
            </w:pPr>
            <w:r w:rsidRPr="005136F6">
              <w:rPr>
                <w:lang w:val="it-CH"/>
              </w:rPr>
              <w:br/>
            </w:r>
          </w:p>
        </w:tc>
      </w:tr>
      <w:tr w:rsidR="005136F6" w:rsidRPr="005136F6" w14:paraId="120C7624" w14:textId="77777777" w:rsidTr="002D15F7">
        <w:trPr>
          <w:jc w:val="center"/>
        </w:trPr>
        <w:tc>
          <w:tcPr>
            <w:tcW w:w="24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D57391" w14:textId="77777777" w:rsidR="005136F6" w:rsidRPr="005136F6" w:rsidRDefault="005136F6" w:rsidP="0012752F">
            <w:pPr>
              <w:rPr>
                <w:lang w:val="it-CH"/>
              </w:rPr>
            </w:pPr>
            <w:r w:rsidRPr="005136F6">
              <w:rPr>
                <w:lang w:val="it-CH"/>
              </w:rPr>
              <w:br/>
            </w:r>
          </w:p>
        </w:tc>
        <w:tc>
          <w:tcPr>
            <w:tcW w:w="274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BF4A22" w14:textId="77777777" w:rsidR="005136F6" w:rsidRPr="005136F6" w:rsidRDefault="005136F6" w:rsidP="0012752F">
            <w:pPr>
              <w:rPr>
                <w:lang w:val="it-CH"/>
              </w:rPr>
            </w:pPr>
            <w:r w:rsidRPr="005136F6">
              <w:rPr>
                <w:lang w:val="it-CH"/>
              </w:rPr>
              <w:br/>
            </w:r>
          </w:p>
        </w:tc>
        <w:tc>
          <w:tcPr>
            <w:tcW w:w="274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8BC6A2" w14:textId="77777777" w:rsidR="005136F6" w:rsidRPr="005136F6" w:rsidRDefault="005136F6" w:rsidP="0012752F">
            <w:pPr>
              <w:rPr>
                <w:lang w:val="it-CH"/>
              </w:rPr>
            </w:pPr>
            <w:r w:rsidRPr="005136F6">
              <w:rPr>
                <w:lang w:val="it-CH"/>
              </w:rPr>
              <w:br/>
            </w:r>
          </w:p>
        </w:tc>
        <w:tc>
          <w:tcPr>
            <w:tcW w:w="274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4FE4E2" w14:textId="77777777" w:rsidR="005136F6" w:rsidRPr="005136F6" w:rsidRDefault="005136F6" w:rsidP="0012752F">
            <w:pPr>
              <w:rPr>
                <w:lang w:val="it-CH"/>
              </w:rPr>
            </w:pPr>
            <w:r w:rsidRPr="005136F6">
              <w:rPr>
                <w:lang w:val="it-CH"/>
              </w:rPr>
              <w:br/>
            </w:r>
          </w:p>
        </w:tc>
      </w:tr>
      <w:tr w:rsidR="005136F6" w:rsidRPr="005136F6" w14:paraId="4FC08DA1" w14:textId="77777777" w:rsidTr="002D15F7">
        <w:trPr>
          <w:jc w:val="center"/>
        </w:trPr>
        <w:tc>
          <w:tcPr>
            <w:tcW w:w="24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1CF3DC" w14:textId="77777777" w:rsidR="005136F6" w:rsidRPr="005136F6" w:rsidRDefault="005136F6" w:rsidP="0012752F">
            <w:pPr>
              <w:rPr>
                <w:lang w:val="it-CH"/>
              </w:rPr>
            </w:pPr>
            <w:r w:rsidRPr="005136F6">
              <w:rPr>
                <w:lang w:val="it-CH"/>
              </w:rPr>
              <w:br/>
            </w:r>
          </w:p>
        </w:tc>
        <w:tc>
          <w:tcPr>
            <w:tcW w:w="274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C3FBEB" w14:textId="77777777" w:rsidR="005136F6" w:rsidRPr="005136F6" w:rsidRDefault="005136F6" w:rsidP="0012752F">
            <w:pPr>
              <w:rPr>
                <w:lang w:val="it-CH"/>
              </w:rPr>
            </w:pPr>
            <w:r w:rsidRPr="005136F6">
              <w:rPr>
                <w:lang w:val="it-CH"/>
              </w:rPr>
              <w:br/>
            </w:r>
          </w:p>
        </w:tc>
        <w:tc>
          <w:tcPr>
            <w:tcW w:w="274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A4144E" w14:textId="77777777" w:rsidR="005136F6" w:rsidRPr="005136F6" w:rsidRDefault="005136F6" w:rsidP="0012752F">
            <w:pPr>
              <w:rPr>
                <w:lang w:val="it-CH"/>
              </w:rPr>
            </w:pPr>
            <w:r w:rsidRPr="005136F6">
              <w:rPr>
                <w:lang w:val="it-CH"/>
              </w:rPr>
              <w:br/>
            </w:r>
          </w:p>
        </w:tc>
        <w:tc>
          <w:tcPr>
            <w:tcW w:w="274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ABCC11" w14:textId="77777777" w:rsidR="005136F6" w:rsidRPr="005136F6" w:rsidRDefault="005136F6" w:rsidP="0012752F">
            <w:pPr>
              <w:rPr>
                <w:lang w:val="it-CH"/>
              </w:rPr>
            </w:pPr>
            <w:r w:rsidRPr="005136F6">
              <w:rPr>
                <w:lang w:val="it-CH"/>
              </w:rPr>
              <w:br/>
            </w:r>
          </w:p>
        </w:tc>
      </w:tr>
      <w:tr w:rsidR="005136F6" w:rsidRPr="005136F6" w14:paraId="57F653E3" w14:textId="77777777" w:rsidTr="002D15F7">
        <w:trPr>
          <w:jc w:val="center"/>
        </w:trPr>
        <w:tc>
          <w:tcPr>
            <w:tcW w:w="24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06313B" w14:textId="77777777" w:rsidR="005136F6" w:rsidRPr="005136F6" w:rsidRDefault="005136F6" w:rsidP="0012752F">
            <w:pPr>
              <w:rPr>
                <w:lang w:val="it-CH"/>
              </w:rPr>
            </w:pPr>
            <w:r w:rsidRPr="005136F6">
              <w:rPr>
                <w:lang w:val="it-CH"/>
              </w:rPr>
              <w:br/>
            </w:r>
          </w:p>
        </w:tc>
        <w:tc>
          <w:tcPr>
            <w:tcW w:w="274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9B72CE" w14:textId="77777777" w:rsidR="005136F6" w:rsidRPr="005136F6" w:rsidRDefault="005136F6" w:rsidP="0012752F">
            <w:pPr>
              <w:rPr>
                <w:lang w:val="it-CH"/>
              </w:rPr>
            </w:pPr>
            <w:r w:rsidRPr="005136F6">
              <w:rPr>
                <w:lang w:val="it-CH"/>
              </w:rPr>
              <w:br/>
            </w:r>
          </w:p>
        </w:tc>
        <w:tc>
          <w:tcPr>
            <w:tcW w:w="274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9048E3" w14:textId="77777777" w:rsidR="005136F6" w:rsidRPr="005136F6" w:rsidRDefault="005136F6" w:rsidP="0012752F">
            <w:pPr>
              <w:rPr>
                <w:lang w:val="it-CH"/>
              </w:rPr>
            </w:pPr>
            <w:r w:rsidRPr="005136F6">
              <w:rPr>
                <w:lang w:val="it-CH"/>
              </w:rPr>
              <w:br/>
            </w:r>
          </w:p>
        </w:tc>
        <w:tc>
          <w:tcPr>
            <w:tcW w:w="2747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4916A3" w14:textId="77777777" w:rsidR="005136F6" w:rsidRPr="005136F6" w:rsidRDefault="005136F6" w:rsidP="0012752F">
            <w:pPr>
              <w:rPr>
                <w:lang w:val="it-CH"/>
              </w:rPr>
            </w:pPr>
            <w:r w:rsidRPr="005136F6">
              <w:rPr>
                <w:lang w:val="it-CH"/>
              </w:rPr>
              <w:br/>
            </w:r>
          </w:p>
        </w:tc>
      </w:tr>
    </w:tbl>
    <w:p w14:paraId="58C21540" w14:textId="77777777" w:rsidR="005136F6" w:rsidRDefault="005136F6" w:rsidP="005136F6">
      <w:pPr>
        <w:rPr>
          <w:lang w:val="it-CH"/>
        </w:rPr>
      </w:pPr>
    </w:p>
    <w:p w14:paraId="1FFD2227" w14:textId="32AAAD2B" w:rsidR="005136F6" w:rsidRPr="005136F6" w:rsidRDefault="005136F6" w:rsidP="005136F6">
      <w:pPr>
        <w:rPr>
          <w:lang w:val="it-CH"/>
        </w:rPr>
      </w:pPr>
      <w:r w:rsidRPr="005136F6">
        <w:rPr>
          <w:lang w:val="it-CH"/>
        </w:rPr>
        <w:t>Ultimo diploma conseguito o licenza ottenuta: _________________________________________________</w:t>
      </w:r>
    </w:p>
    <w:p w14:paraId="4D140138" w14:textId="77777777" w:rsidR="005136F6" w:rsidRPr="005136F6" w:rsidRDefault="005136F6" w:rsidP="005136F6">
      <w:pPr>
        <w:rPr>
          <w:lang w:val="it-CH"/>
        </w:rPr>
      </w:pPr>
      <w:r w:rsidRPr="005136F6">
        <w:rPr>
          <w:lang w:val="it-CH"/>
        </w:rPr>
        <w:t>Data e titolo del diploma: _________________________________________________________________</w:t>
      </w:r>
    </w:p>
    <w:p w14:paraId="137F8D06" w14:textId="77777777" w:rsidR="005136F6" w:rsidRPr="005136F6" w:rsidRDefault="005136F6" w:rsidP="005136F6">
      <w:pPr>
        <w:spacing w:after="40"/>
        <w:rPr>
          <w:lang w:val="it-CH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"/>
        <w:gridCol w:w="5499"/>
      </w:tblGrid>
      <w:tr w:rsidR="005136F6" w14:paraId="1DE442B8" w14:textId="77777777" w:rsidTr="0012752F">
        <w:tc>
          <w:tcPr>
            <w:tcW w:w="510" w:type="dxa"/>
            <w:tcBorders>
              <w:top w:val="single" w:sz="6" w:space="0" w:color="073B7A"/>
              <w:left w:val="single" w:sz="6" w:space="0" w:color="073B7A"/>
              <w:bottom w:val="single" w:sz="6" w:space="0" w:color="073B7A"/>
              <w:right w:val="single" w:sz="6" w:space="0" w:color="073B7A"/>
            </w:tcBorders>
            <w:shd w:val="clear" w:color="auto" w:fill="073B7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7472E149" w14:textId="77777777" w:rsidR="005136F6" w:rsidRDefault="005136F6" w:rsidP="0012752F">
            <w:pPr>
              <w:jc w:val="center"/>
            </w:pPr>
            <w:r>
              <w:rPr>
                <w:b/>
                <w:color w:val="FFFFFF"/>
                <w:sz w:val="24"/>
              </w:rPr>
              <w:t>4</w:t>
            </w:r>
          </w:p>
        </w:tc>
        <w:tc>
          <w:tcPr>
            <w:tcW w:w="5499" w:type="dxa"/>
            <w:tcBorders>
              <w:top w:val="single" w:sz="6" w:space="0" w:color="073B7A"/>
              <w:left w:val="single" w:sz="6" w:space="0" w:color="073B7A"/>
              <w:bottom w:val="single" w:sz="6" w:space="0" w:color="073B7A"/>
              <w:right w:val="single" w:sz="6" w:space="0" w:color="073B7A"/>
            </w:tcBorders>
            <w:shd w:val="clear" w:color="auto" w:fill="073B7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7639AE65" w14:textId="77777777" w:rsidR="005136F6" w:rsidRDefault="005136F6" w:rsidP="0012752F">
            <w:r>
              <w:rPr>
                <w:b/>
                <w:color w:val="FFFFFF"/>
                <w:sz w:val="17"/>
              </w:rPr>
              <w:t>ATTIVITÀ LAVORATIVA SVOLTA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082"/>
        <w:gridCol w:w="6576"/>
      </w:tblGrid>
      <w:tr w:rsidR="005136F6" w14:paraId="6FDE8DF1" w14:textId="77777777" w:rsidTr="0012752F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8E04138" w14:textId="77777777" w:rsidR="005136F6" w:rsidRDefault="005136F6" w:rsidP="0012752F">
            <w:proofErr w:type="spellStart"/>
            <w:r>
              <w:rPr>
                <w:b/>
                <w:sz w:val="15"/>
              </w:rPr>
              <w:t>Periodo</w:t>
            </w:r>
            <w:proofErr w:type="spellEnd"/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E32D9E9" w14:textId="77777777" w:rsidR="005136F6" w:rsidRDefault="005136F6" w:rsidP="0012752F">
            <w:r>
              <w:rPr>
                <w:sz w:val="15"/>
              </w:rPr>
              <w:t>Dal ____________________     al ____________________</w:t>
            </w:r>
          </w:p>
        </w:tc>
      </w:tr>
      <w:tr w:rsidR="005136F6" w14:paraId="42BADBCC" w14:textId="77777777" w:rsidTr="0012752F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7F84FA2" w14:textId="77777777" w:rsidR="005136F6" w:rsidRDefault="005136F6" w:rsidP="0012752F">
            <w:proofErr w:type="spellStart"/>
            <w:r>
              <w:rPr>
                <w:b/>
                <w:sz w:val="15"/>
              </w:rPr>
              <w:t>Attività</w:t>
            </w:r>
            <w:proofErr w:type="spellEnd"/>
            <w:r>
              <w:rPr>
                <w:b/>
                <w:sz w:val="15"/>
              </w:rPr>
              <w:t xml:space="preserve"> / </w:t>
            </w:r>
            <w:proofErr w:type="spellStart"/>
            <w:r>
              <w:rPr>
                <w:b/>
                <w:sz w:val="15"/>
              </w:rPr>
              <w:t>datore</w:t>
            </w:r>
            <w:proofErr w:type="spellEnd"/>
            <w:r>
              <w:rPr>
                <w:b/>
                <w:sz w:val="15"/>
              </w:rPr>
              <w:t xml:space="preserve"> di </w:t>
            </w:r>
            <w:proofErr w:type="spellStart"/>
            <w:r>
              <w:rPr>
                <w:b/>
                <w:sz w:val="15"/>
              </w:rPr>
              <w:t>lavoro</w:t>
            </w:r>
            <w:proofErr w:type="spellEnd"/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C13E813" w14:textId="77777777" w:rsidR="005136F6" w:rsidRDefault="005136F6" w:rsidP="0012752F">
            <w:r>
              <w:rPr>
                <w:sz w:val="15"/>
              </w:rPr>
              <w:br/>
            </w:r>
            <w:r>
              <w:rPr>
                <w:sz w:val="15"/>
              </w:rPr>
              <w:br/>
            </w:r>
          </w:p>
        </w:tc>
      </w:tr>
    </w:tbl>
    <w:p w14:paraId="158EF21C" w14:textId="77777777" w:rsidR="005136F6" w:rsidRDefault="005136F6" w:rsidP="005136F6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"/>
        <w:gridCol w:w="5499"/>
      </w:tblGrid>
      <w:tr w:rsidR="005136F6" w:rsidRPr="005136F6" w14:paraId="2B22026C" w14:textId="77777777" w:rsidTr="0012752F">
        <w:tc>
          <w:tcPr>
            <w:tcW w:w="510" w:type="dxa"/>
            <w:tcBorders>
              <w:top w:val="single" w:sz="6" w:space="0" w:color="073B7A"/>
              <w:left w:val="single" w:sz="6" w:space="0" w:color="073B7A"/>
              <w:bottom w:val="single" w:sz="6" w:space="0" w:color="073B7A"/>
              <w:right w:val="single" w:sz="6" w:space="0" w:color="073B7A"/>
            </w:tcBorders>
            <w:shd w:val="clear" w:color="auto" w:fill="073B7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27EADD36" w14:textId="77777777" w:rsidR="005136F6" w:rsidRDefault="005136F6" w:rsidP="0012752F">
            <w:pPr>
              <w:jc w:val="center"/>
            </w:pPr>
            <w:r>
              <w:rPr>
                <w:b/>
                <w:color w:val="FFFFFF"/>
                <w:sz w:val="24"/>
              </w:rPr>
              <w:t>5</w:t>
            </w:r>
          </w:p>
        </w:tc>
        <w:tc>
          <w:tcPr>
            <w:tcW w:w="5499" w:type="dxa"/>
            <w:tcBorders>
              <w:top w:val="single" w:sz="6" w:space="0" w:color="073B7A"/>
              <w:left w:val="single" w:sz="6" w:space="0" w:color="073B7A"/>
              <w:bottom w:val="single" w:sz="6" w:space="0" w:color="073B7A"/>
              <w:right w:val="single" w:sz="6" w:space="0" w:color="073B7A"/>
            </w:tcBorders>
            <w:shd w:val="clear" w:color="auto" w:fill="073B7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78352D91" w14:textId="77777777" w:rsidR="005136F6" w:rsidRPr="005136F6" w:rsidRDefault="005136F6" w:rsidP="0012752F">
            <w:pPr>
              <w:rPr>
                <w:lang w:val="it-CH"/>
              </w:rPr>
            </w:pPr>
            <w:r w:rsidRPr="005136F6">
              <w:rPr>
                <w:b/>
                <w:color w:val="FFFFFF"/>
                <w:sz w:val="17"/>
                <w:lang w:val="it-CH"/>
              </w:rPr>
              <w:t>DURANTE L’ANNO SCOLASTICO 2025 / 2026 HO FREQUENTATO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082"/>
        <w:gridCol w:w="6576"/>
      </w:tblGrid>
      <w:tr w:rsidR="005136F6" w14:paraId="17EA3B89" w14:textId="77777777" w:rsidTr="0012752F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2C3AEB1" w14:textId="77777777" w:rsidR="005136F6" w:rsidRDefault="005136F6" w:rsidP="0012752F">
            <w:r>
              <w:rPr>
                <w:b/>
                <w:sz w:val="15"/>
              </w:rPr>
              <w:t>Scuola</w:t>
            </w:r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811A4C0" w14:textId="77777777" w:rsidR="005136F6" w:rsidRDefault="005136F6" w:rsidP="0012752F">
            <w:proofErr w:type="spellStart"/>
            <w:r>
              <w:rPr>
                <w:sz w:val="15"/>
              </w:rPr>
              <w:t>Sede</w:t>
            </w:r>
            <w:proofErr w:type="spellEnd"/>
            <w:r>
              <w:rPr>
                <w:sz w:val="15"/>
              </w:rPr>
              <w:t>: _________________________________________________</w:t>
            </w:r>
          </w:p>
        </w:tc>
      </w:tr>
      <w:tr w:rsidR="005136F6" w:rsidRPr="005136F6" w14:paraId="3D1C6B0B" w14:textId="77777777" w:rsidTr="0012752F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FFAABD2" w14:textId="77777777" w:rsidR="005136F6" w:rsidRPr="005136F6" w:rsidRDefault="005136F6" w:rsidP="0012752F">
            <w:pPr>
              <w:rPr>
                <w:lang w:val="it-CH"/>
              </w:rPr>
            </w:pPr>
            <w:r w:rsidRPr="005136F6">
              <w:rPr>
                <w:b/>
                <w:sz w:val="15"/>
                <w:lang w:val="it-CH"/>
              </w:rPr>
              <w:t>Se tirocinio: datore di lavoro e sede</w:t>
            </w:r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E9E61D8" w14:textId="77777777" w:rsidR="005136F6" w:rsidRPr="005136F6" w:rsidRDefault="005136F6" w:rsidP="0012752F">
            <w:pPr>
              <w:rPr>
                <w:lang w:val="it-CH"/>
              </w:rPr>
            </w:pPr>
          </w:p>
        </w:tc>
      </w:tr>
      <w:tr w:rsidR="005136F6" w14:paraId="63A7525D" w14:textId="77777777" w:rsidTr="0012752F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6435B18" w14:textId="77777777" w:rsidR="005136F6" w:rsidRDefault="005136F6" w:rsidP="0012752F">
            <w:proofErr w:type="spellStart"/>
            <w:r>
              <w:rPr>
                <w:b/>
                <w:sz w:val="15"/>
              </w:rPr>
              <w:t>Facoltà</w:t>
            </w:r>
            <w:proofErr w:type="spellEnd"/>
            <w:r>
              <w:rPr>
                <w:b/>
                <w:sz w:val="15"/>
              </w:rPr>
              <w:t xml:space="preserve"> o </w:t>
            </w:r>
            <w:proofErr w:type="spellStart"/>
            <w:r>
              <w:rPr>
                <w:b/>
                <w:sz w:val="15"/>
              </w:rPr>
              <w:t>professione</w:t>
            </w:r>
            <w:proofErr w:type="spellEnd"/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10A4FE1" w14:textId="77777777" w:rsidR="005136F6" w:rsidRDefault="005136F6" w:rsidP="0012752F"/>
        </w:tc>
      </w:tr>
      <w:tr w:rsidR="005136F6" w14:paraId="4ADAD7CD" w14:textId="77777777" w:rsidTr="0012752F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50F9BA5" w14:textId="77777777" w:rsidR="005136F6" w:rsidRDefault="005136F6" w:rsidP="0012752F">
            <w:r>
              <w:rPr>
                <w:b/>
                <w:sz w:val="15"/>
              </w:rPr>
              <w:t>Anno</w:t>
            </w:r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2D2C4F5" w14:textId="77777777" w:rsidR="005136F6" w:rsidRDefault="005136F6" w:rsidP="0012752F">
            <w:r>
              <w:rPr>
                <w:sz w:val="15"/>
              </w:rPr>
              <w:t>☐ 1°   ☐ 2°   ☐ 3°   ☐ 4°   ☐ 5°   ☐ 6°   ☐ Altro: __________</w:t>
            </w:r>
          </w:p>
        </w:tc>
      </w:tr>
      <w:tr w:rsidR="005136F6" w:rsidRPr="005136F6" w14:paraId="56AF171E" w14:textId="77777777" w:rsidTr="0012752F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895A36C" w14:textId="77777777" w:rsidR="005136F6" w:rsidRPr="005136F6" w:rsidRDefault="005136F6" w:rsidP="0012752F">
            <w:pPr>
              <w:rPr>
                <w:lang w:val="it-CH"/>
              </w:rPr>
            </w:pPr>
            <w:r w:rsidRPr="005136F6">
              <w:rPr>
                <w:b/>
                <w:sz w:val="15"/>
                <w:lang w:val="it-CH"/>
              </w:rPr>
              <w:t>Ultimi esami sostenuti (indicare il periodo)</w:t>
            </w:r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FAB38CF" w14:textId="77777777" w:rsidR="005136F6" w:rsidRPr="005136F6" w:rsidRDefault="005136F6" w:rsidP="0012752F">
            <w:pPr>
              <w:rPr>
                <w:lang w:val="it-CH"/>
              </w:rPr>
            </w:pPr>
          </w:p>
        </w:tc>
      </w:tr>
      <w:tr w:rsidR="005136F6" w14:paraId="42D9A86B" w14:textId="77777777" w:rsidTr="0012752F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616C366" w14:textId="77777777" w:rsidR="005136F6" w:rsidRDefault="005136F6" w:rsidP="0012752F">
            <w:proofErr w:type="spellStart"/>
            <w:r>
              <w:rPr>
                <w:b/>
                <w:sz w:val="15"/>
              </w:rPr>
              <w:t>Superati</w:t>
            </w:r>
            <w:proofErr w:type="spellEnd"/>
            <w:r>
              <w:rPr>
                <w:b/>
                <w:sz w:val="15"/>
              </w:rPr>
              <w:t>?</w:t>
            </w:r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252F04F" w14:textId="77777777" w:rsidR="005136F6" w:rsidRDefault="005136F6" w:rsidP="0012752F">
            <w:r>
              <w:rPr>
                <w:sz w:val="15"/>
              </w:rPr>
              <w:t xml:space="preserve">☐ </w:t>
            </w:r>
            <w:proofErr w:type="spellStart"/>
            <w:r>
              <w:rPr>
                <w:sz w:val="15"/>
              </w:rPr>
              <w:t>Sì</w:t>
            </w:r>
            <w:proofErr w:type="spellEnd"/>
            <w:r>
              <w:rPr>
                <w:sz w:val="15"/>
              </w:rPr>
              <w:t xml:space="preserve">      ☐ No</w:t>
            </w:r>
          </w:p>
        </w:tc>
      </w:tr>
      <w:tr w:rsidR="005136F6" w:rsidRPr="005136F6" w14:paraId="42C43EB8" w14:textId="77777777" w:rsidTr="0012752F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31EE0AC" w14:textId="77777777" w:rsidR="005136F6" w:rsidRPr="005136F6" w:rsidRDefault="005136F6" w:rsidP="0012752F">
            <w:pPr>
              <w:rPr>
                <w:lang w:val="it-CH"/>
              </w:rPr>
            </w:pPr>
            <w:r w:rsidRPr="005136F6">
              <w:rPr>
                <w:b/>
                <w:sz w:val="15"/>
                <w:lang w:val="it-CH"/>
              </w:rPr>
              <w:t>Inizio e prevista conclusione dell’intera formazione</w:t>
            </w:r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29E021F" w14:textId="77777777" w:rsidR="005136F6" w:rsidRPr="005136F6" w:rsidRDefault="005136F6" w:rsidP="0012752F">
            <w:pPr>
              <w:rPr>
                <w:lang w:val="it-CH"/>
              </w:rPr>
            </w:pPr>
          </w:p>
        </w:tc>
      </w:tr>
      <w:tr w:rsidR="005136F6" w:rsidRPr="005136F6" w14:paraId="30682851" w14:textId="77777777" w:rsidTr="0012752F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DA7026A" w14:textId="77777777" w:rsidR="005136F6" w:rsidRDefault="005136F6" w:rsidP="0012752F">
            <w:r>
              <w:rPr>
                <w:b/>
                <w:sz w:val="15"/>
              </w:rPr>
              <w:t xml:space="preserve">Ev. </w:t>
            </w:r>
            <w:proofErr w:type="spellStart"/>
            <w:r>
              <w:rPr>
                <w:b/>
                <w:sz w:val="15"/>
              </w:rPr>
              <w:t>periodo</w:t>
            </w:r>
            <w:proofErr w:type="spellEnd"/>
            <w:r>
              <w:rPr>
                <w:b/>
                <w:sz w:val="15"/>
              </w:rPr>
              <w:t xml:space="preserve"> di </w:t>
            </w:r>
            <w:proofErr w:type="spellStart"/>
            <w:r>
              <w:rPr>
                <w:b/>
                <w:sz w:val="15"/>
              </w:rPr>
              <w:t>pratica</w:t>
            </w:r>
            <w:proofErr w:type="spellEnd"/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B149A17" w14:textId="77777777" w:rsidR="005136F6" w:rsidRPr="005136F6" w:rsidRDefault="005136F6" w:rsidP="0012752F">
            <w:pPr>
              <w:rPr>
                <w:lang w:val="it-CH"/>
              </w:rPr>
            </w:pPr>
            <w:r w:rsidRPr="005136F6">
              <w:rPr>
                <w:sz w:val="15"/>
                <w:lang w:val="it-CH"/>
              </w:rPr>
              <w:t>Durata / presso chi / eventuale salario percepito:</w:t>
            </w:r>
            <w:r w:rsidRPr="005136F6">
              <w:rPr>
                <w:sz w:val="15"/>
                <w:lang w:val="it-CH"/>
              </w:rPr>
              <w:br/>
            </w:r>
          </w:p>
        </w:tc>
      </w:tr>
    </w:tbl>
    <w:p w14:paraId="26DF7B9A" w14:textId="77777777" w:rsidR="005136F6" w:rsidRPr="005136F6" w:rsidRDefault="005136F6" w:rsidP="005136F6">
      <w:pPr>
        <w:spacing w:after="40"/>
        <w:rPr>
          <w:lang w:val="it-CH"/>
        </w:rPr>
      </w:pPr>
    </w:p>
    <w:p w14:paraId="6695840E" w14:textId="77777777" w:rsidR="005136F6" w:rsidRPr="005136F6" w:rsidRDefault="005136F6" w:rsidP="005136F6">
      <w:pPr>
        <w:rPr>
          <w:lang w:val="it-CH"/>
        </w:rPr>
      </w:pPr>
      <w:r w:rsidRPr="005136F6">
        <w:rPr>
          <w:b/>
          <w:sz w:val="15"/>
          <w:lang w:val="it-CH"/>
        </w:rPr>
        <w:t xml:space="preserve">Nota: </w:t>
      </w:r>
      <w:r w:rsidRPr="005136F6">
        <w:rPr>
          <w:i/>
          <w:sz w:val="15"/>
          <w:lang w:val="it-CH"/>
        </w:rPr>
        <w:t>nel caso di un periodo di pratica indicare durata, ente presso cui è stato svolto ed eventuale salario percepito.</w:t>
      </w:r>
    </w:p>
    <w:p w14:paraId="1E67D7FF" w14:textId="77777777" w:rsidR="005136F6" w:rsidRDefault="005136F6">
      <w:pPr>
        <w:rPr>
          <w:lang w:val="it-CH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"/>
        <w:gridCol w:w="5499"/>
      </w:tblGrid>
      <w:tr w:rsidR="005136F6" w14:paraId="5513065C" w14:textId="77777777" w:rsidTr="0012752F">
        <w:tc>
          <w:tcPr>
            <w:tcW w:w="510" w:type="dxa"/>
            <w:tcBorders>
              <w:top w:val="single" w:sz="6" w:space="0" w:color="073B7A"/>
              <w:left w:val="single" w:sz="6" w:space="0" w:color="073B7A"/>
              <w:bottom w:val="single" w:sz="6" w:space="0" w:color="073B7A"/>
              <w:right w:val="single" w:sz="6" w:space="0" w:color="073B7A"/>
            </w:tcBorders>
            <w:shd w:val="clear" w:color="auto" w:fill="073B7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10D61EAB" w14:textId="77777777" w:rsidR="005136F6" w:rsidRDefault="005136F6" w:rsidP="0012752F">
            <w:pPr>
              <w:jc w:val="center"/>
            </w:pPr>
            <w:r>
              <w:rPr>
                <w:b/>
                <w:color w:val="FFFFFF"/>
                <w:sz w:val="24"/>
              </w:rPr>
              <w:t>6</w:t>
            </w:r>
          </w:p>
        </w:tc>
        <w:tc>
          <w:tcPr>
            <w:tcW w:w="5499" w:type="dxa"/>
            <w:tcBorders>
              <w:top w:val="single" w:sz="6" w:space="0" w:color="073B7A"/>
              <w:left w:val="single" w:sz="6" w:space="0" w:color="073B7A"/>
              <w:bottom w:val="single" w:sz="6" w:space="0" w:color="073B7A"/>
              <w:right w:val="single" w:sz="6" w:space="0" w:color="073B7A"/>
            </w:tcBorders>
            <w:shd w:val="clear" w:color="auto" w:fill="073B7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01632F1C" w14:textId="77777777" w:rsidR="005136F6" w:rsidRDefault="005136F6" w:rsidP="0012752F">
            <w:r>
              <w:rPr>
                <w:b/>
                <w:color w:val="FFFFFF"/>
                <w:sz w:val="17"/>
              </w:rPr>
              <w:t>DOMANDA PER L’ANNO SCOLASTICO 2026 / 2027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082"/>
        <w:gridCol w:w="6576"/>
      </w:tblGrid>
      <w:tr w:rsidR="005136F6" w14:paraId="67E4E829" w14:textId="77777777" w:rsidTr="0012752F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5E7D24F" w14:textId="77777777" w:rsidR="005136F6" w:rsidRDefault="005136F6" w:rsidP="0012752F">
            <w:r>
              <w:rPr>
                <w:b/>
                <w:sz w:val="15"/>
              </w:rPr>
              <w:t>Scuola</w:t>
            </w:r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97C12AA" w14:textId="77777777" w:rsidR="005136F6" w:rsidRDefault="005136F6" w:rsidP="0012752F">
            <w:proofErr w:type="spellStart"/>
            <w:r>
              <w:rPr>
                <w:sz w:val="15"/>
              </w:rPr>
              <w:t>Sede</w:t>
            </w:r>
            <w:proofErr w:type="spellEnd"/>
            <w:r>
              <w:rPr>
                <w:sz w:val="15"/>
              </w:rPr>
              <w:t>: _________________________________________________</w:t>
            </w:r>
          </w:p>
        </w:tc>
      </w:tr>
      <w:tr w:rsidR="005136F6" w:rsidRPr="005136F6" w14:paraId="4CE8442E" w14:textId="77777777" w:rsidTr="0012752F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3AB5605" w14:textId="77777777" w:rsidR="005136F6" w:rsidRPr="005136F6" w:rsidRDefault="005136F6" w:rsidP="0012752F">
            <w:pPr>
              <w:rPr>
                <w:lang w:val="it-CH"/>
              </w:rPr>
            </w:pPr>
            <w:r w:rsidRPr="005136F6">
              <w:rPr>
                <w:b/>
                <w:sz w:val="15"/>
                <w:lang w:val="it-CH"/>
              </w:rPr>
              <w:t>Se tirocinio: datore di lavoro e sede</w:t>
            </w:r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F0FD195" w14:textId="77777777" w:rsidR="005136F6" w:rsidRPr="005136F6" w:rsidRDefault="005136F6" w:rsidP="0012752F">
            <w:pPr>
              <w:rPr>
                <w:lang w:val="it-CH"/>
              </w:rPr>
            </w:pPr>
          </w:p>
        </w:tc>
      </w:tr>
      <w:tr w:rsidR="005136F6" w14:paraId="0A6A3BDC" w14:textId="77777777" w:rsidTr="0012752F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58C66B7" w14:textId="77777777" w:rsidR="005136F6" w:rsidRDefault="005136F6" w:rsidP="0012752F">
            <w:proofErr w:type="spellStart"/>
            <w:r>
              <w:rPr>
                <w:b/>
                <w:sz w:val="15"/>
              </w:rPr>
              <w:t>Facoltà</w:t>
            </w:r>
            <w:proofErr w:type="spellEnd"/>
            <w:r>
              <w:rPr>
                <w:b/>
                <w:sz w:val="15"/>
              </w:rPr>
              <w:t xml:space="preserve"> o </w:t>
            </w:r>
            <w:proofErr w:type="spellStart"/>
            <w:r>
              <w:rPr>
                <w:b/>
                <w:sz w:val="15"/>
              </w:rPr>
              <w:t>professione</w:t>
            </w:r>
            <w:proofErr w:type="spellEnd"/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64D3153" w14:textId="77777777" w:rsidR="005136F6" w:rsidRDefault="005136F6" w:rsidP="0012752F"/>
        </w:tc>
      </w:tr>
      <w:tr w:rsidR="005136F6" w14:paraId="0C80AC37" w14:textId="77777777" w:rsidTr="0012752F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8872065" w14:textId="77777777" w:rsidR="005136F6" w:rsidRDefault="005136F6" w:rsidP="0012752F">
            <w:r>
              <w:rPr>
                <w:b/>
                <w:sz w:val="15"/>
              </w:rPr>
              <w:t>Anno</w:t>
            </w:r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2F28261" w14:textId="77777777" w:rsidR="005136F6" w:rsidRDefault="005136F6" w:rsidP="0012752F">
            <w:r>
              <w:rPr>
                <w:sz w:val="15"/>
              </w:rPr>
              <w:t>☐ 1°   ☐ 2°   ☐ 3°   ☐ 4°   ☐ 5°   ☐ 6°   ☐ Altro: __________</w:t>
            </w:r>
          </w:p>
        </w:tc>
      </w:tr>
      <w:tr w:rsidR="005136F6" w14:paraId="111B35F4" w14:textId="77777777" w:rsidTr="0012752F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F5B7FD0" w14:textId="77777777" w:rsidR="005136F6" w:rsidRDefault="005136F6" w:rsidP="0012752F">
            <w:proofErr w:type="spellStart"/>
            <w:r>
              <w:rPr>
                <w:b/>
                <w:sz w:val="15"/>
              </w:rPr>
              <w:t>Esami</w:t>
            </w:r>
            <w:proofErr w:type="spellEnd"/>
            <w:r>
              <w:rPr>
                <w:b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previsti</w:t>
            </w:r>
            <w:proofErr w:type="spellEnd"/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443337E" w14:textId="77777777" w:rsidR="005136F6" w:rsidRDefault="005136F6" w:rsidP="0012752F"/>
        </w:tc>
      </w:tr>
      <w:tr w:rsidR="005136F6" w:rsidRPr="005136F6" w14:paraId="0DC63E67" w14:textId="77777777" w:rsidTr="0012752F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BF18890" w14:textId="77777777" w:rsidR="005136F6" w:rsidRPr="005136F6" w:rsidRDefault="005136F6" w:rsidP="0012752F">
            <w:pPr>
              <w:rPr>
                <w:lang w:val="it-CH"/>
              </w:rPr>
            </w:pPr>
            <w:r w:rsidRPr="005136F6">
              <w:rPr>
                <w:b/>
                <w:sz w:val="15"/>
                <w:lang w:val="it-CH"/>
              </w:rPr>
              <w:t>Inizio e prevista conclusione dell’intera formazione</w:t>
            </w:r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C10DB9F" w14:textId="77777777" w:rsidR="005136F6" w:rsidRPr="005136F6" w:rsidRDefault="005136F6" w:rsidP="0012752F">
            <w:pPr>
              <w:rPr>
                <w:lang w:val="it-CH"/>
              </w:rPr>
            </w:pPr>
          </w:p>
        </w:tc>
      </w:tr>
      <w:tr w:rsidR="005136F6" w14:paraId="747A3F79" w14:textId="77777777" w:rsidTr="0012752F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954AE84" w14:textId="77777777" w:rsidR="005136F6" w:rsidRDefault="005136F6" w:rsidP="0012752F">
            <w:r>
              <w:rPr>
                <w:b/>
                <w:sz w:val="15"/>
              </w:rPr>
              <w:t xml:space="preserve">Ev. </w:t>
            </w:r>
            <w:proofErr w:type="spellStart"/>
            <w:r>
              <w:rPr>
                <w:b/>
                <w:sz w:val="15"/>
              </w:rPr>
              <w:t>periodo</w:t>
            </w:r>
            <w:proofErr w:type="spellEnd"/>
            <w:r>
              <w:rPr>
                <w:b/>
                <w:sz w:val="15"/>
              </w:rPr>
              <w:t xml:space="preserve"> di </w:t>
            </w:r>
            <w:proofErr w:type="spellStart"/>
            <w:r>
              <w:rPr>
                <w:b/>
                <w:sz w:val="15"/>
              </w:rPr>
              <w:t>pratica</w:t>
            </w:r>
            <w:proofErr w:type="spellEnd"/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0B7C12B" w14:textId="77777777" w:rsidR="005136F6" w:rsidRDefault="005136F6" w:rsidP="0012752F">
            <w:proofErr w:type="spellStart"/>
            <w:r>
              <w:rPr>
                <w:sz w:val="15"/>
              </w:rPr>
              <w:t>Durata</w:t>
            </w:r>
            <w:proofErr w:type="spellEnd"/>
            <w:r>
              <w:rPr>
                <w:sz w:val="15"/>
              </w:rPr>
              <w:t xml:space="preserve"> / </w:t>
            </w:r>
            <w:proofErr w:type="spellStart"/>
            <w:r>
              <w:rPr>
                <w:sz w:val="15"/>
              </w:rPr>
              <w:t>ente</w:t>
            </w:r>
            <w:proofErr w:type="spellEnd"/>
            <w:r>
              <w:rPr>
                <w:sz w:val="15"/>
              </w:rPr>
              <w:t xml:space="preserve"> / </w:t>
            </w:r>
            <w:proofErr w:type="spellStart"/>
            <w:r>
              <w:rPr>
                <w:sz w:val="15"/>
              </w:rPr>
              <w:t>salario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percepito</w:t>
            </w:r>
            <w:proofErr w:type="spellEnd"/>
            <w:r>
              <w:rPr>
                <w:sz w:val="15"/>
              </w:rPr>
              <w:t>:</w:t>
            </w:r>
            <w:r>
              <w:rPr>
                <w:sz w:val="15"/>
              </w:rPr>
              <w:br/>
            </w:r>
          </w:p>
        </w:tc>
      </w:tr>
    </w:tbl>
    <w:p w14:paraId="10E1EF49" w14:textId="77777777" w:rsidR="005136F6" w:rsidRDefault="005136F6" w:rsidP="005136F6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2"/>
      </w:tblGrid>
      <w:tr w:rsidR="005136F6" w:rsidRPr="005136F6" w14:paraId="5362F6DD" w14:textId="77777777" w:rsidTr="0012752F">
        <w:tc>
          <w:tcPr>
            <w:tcW w:w="10998" w:type="dxa"/>
            <w:tcBorders>
              <w:top w:val="single" w:sz="6" w:space="0" w:color="073B7A"/>
              <w:left w:val="single" w:sz="6" w:space="0" w:color="073B7A"/>
              <w:bottom w:val="single" w:sz="6" w:space="0" w:color="073B7A"/>
              <w:right w:val="single" w:sz="6" w:space="0" w:color="073B7A"/>
            </w:tcBorders>
            <w:shd w:val="clear" w:color="auto" w:fill="073B7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46A56D68" w14:textId="77777777" w:rsidR="005136F6" w:rsidRPr="005136F6" w:rsidRDefault="005136F6" w:rsidP="0012752F">
            <w:pPr>
              <w:rPr>
                <w:lang w:val="it-CH"/>
              </w:rPr>
            </w:pPr>
            <w:r w:rsidRPr="005136F6">
              <w:rPr>
                <w:b/>
                <w:color w:val="FFFFFF"/>
                <w:sz w:val="17"/>
                <w:lang w:val="it-CH"/>
              </w:rPr>
              <w:t>PER CHI CHIEDE UN SUSSIDIO PER UN CORSO DI PERFEZIONAMENTO PROFESSIONALE O PER UN CORSO LINGUISTICO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082"/>
        <w:gridCol w:w="6576"/>
      </w:tblGrid>
      <w:tr w:rsidR="005136F6" w14:paraId="573F5EA6" w14:textId="77777777" w:rsidTr="0012752F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6A54C16" w14:textId="77777777" w:rsidR="005136F6" w:rsidRDefault="005136F6" w:rsidP="0012752F">
            <w:proofErr w:type="spellStart"/>
            <w:r>
              <w:rPr>
                <w:b/>
                <w:sz w:val="14"/>
              </w:rPr>
              <w:t>Descrizione</w:t>
            </w:r>
            <w:proofErr w:type="spellEnd"/>
            <w:r>
              <w:rPr>
                <w:b/>
                <w:sz w:val="14"/>
              </w:rPr>
              <w:t xml:space="preserve"> del </w:t>
            </w:r>
            <w:proofErr w:type="spellStart"/>
            <w:r>
              <w:rPr>
                <w:b/>
                <w:sz w:val="14"/>
              </w:rPr>
              <w:t>corso</w:t>
            </w:r>
            <w:proofErr w:type="spellEnd"/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E64ACA0" w14:textId="77777777" w:rsidR="005136F6" w:rsidRDefault="005136F6" w:rsidP="0012752F"/>
        </w:tc>
      </w:tr>
      <w:tr w:rsidR="005136F6" w:rsidRPr="005136F6" w14:paraId="03E52B2C" w14:textId="77777777" w:rsidTr="0012752F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51EEF0E" w14:textId="77777777" w:rsidR="005136F6" w:rsidRPr="005136F6" w:rsidRDefault="005136F6" w:rsidP="0012752F">
            <w:pPr>
              <w:rPr>
                <w:lang w:val="it-CH"/>
              </w:rPr>
            </w:pPr>
            <w:r w:rsidRPr="005136F6">
              <w:rPr>
                <w:b/>
                <w:sz w:val="14"/>
                <w:lang w:val="it-CH"/>
              </w:rPr>
              <w:t>Dove si svolge il corso</w:t>
            </w:r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EC5C360" w14:textId="77777777" w:rsidR="005136F6" w:rsidRPr="005136F6" w:rsidRDefault="005136F6" w:rsidP="0012752F">
            <w:pPr>
              <w:rPr>
                <w:lang w:val="it-CH"/>
              </w:rPr>
            </w:pPr>
          </w:p>
        </w:tc>
      </w:tr>
      <w:tr w:rsidR="005136F6" w14:paraId="3D30A5A4" w14:textId="77777777" w:rsidTr="0012752F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9B5DCAD" w14:textId="77777777" w:rsidR="005136F6" w:rsidRDefault="005136F6" w:rsidP="0012752F">
            <w:proofErr w:type="spellStart"/>
            <w:r>
              <w:rPr>
                <w:b/>
                <w:sz w:val="14"/>
              </w:rPr>
              <w:t>Periodo</w:t>
            </w:r>
            <w:proofErr w:type="spellEnd"/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0DF9A56" w14:textId="77777777" w:rsidR="005136F6" w:rsidRDefault="005136F6" w:rsidP="0012752F">
            <w:r>
              <w:rPr>
                <w:sz w:val="14"/>
              </w:rPr>
              <w:t>Da ____________________ a ____________________</w:t>
            </w:r>
          </w:p>
        </w:tc>
      </w:tr>
      <w:tr w:rsidR="005136F6" w:rsidRPr="005136F6" w14:paraId="3BA89576" w14:textId="77777777" w:rsidTr="0012752F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E4F5A99" w14:textId="77777777" w:rsidR="005136F6" w:rsidRDefault="005136F6" w:rsidP="0012752F">
            <w:proofErr w:type="spellStart"/>
            <w:r>
              <w:rPr>
                <w:b/>
                <w:sz w:val="14"/>
              </w:rPr>
              <w:t>Durata</w:t>
            </w:r>
            <w:proofErr w:type="spellEnd"/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5536724" w14:textId="77777777" w:rsidR="005136F6" w:rsidRPr="005136F6" w:rsidRDefault="005136F6" w:rsidP="0012752F">
            <w:pPr>
              <w:rPr>
                <w:lang w:val="it-CH"/>
              </w:rPr>
            </w:pPr>
            <w:r w:rsidRPr="005136F6">
              <w:rPr>
                <w:sz w:val="14"/>
                <w:lang w:val="it-CH"/>
              </w:rPr>
              <w:t>________ settimane / mesi / anni       Ore settimanali: __________</w:t>
            </w:r>
          </w:p>
        </w:tc>
      </w:tr>
      <w:tr w:rsidR="005136F6" w14:paraId="51879DD6" w14:textId="77777777" w:rsidTr="0012752F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D7AB159" w14:textId="77777777" w:rsidR="005136F6" w:rsidRDefault="005136F6" w:rsidP="0012752F">
            <w:proofErr w:type="spellStart"/>
            <w:r>
              <w:rPr>
                <w:b/>
                <w:sz w:val="14"/>
              </w:rPr>
              <w:t>Frequenza</w:t>
            </w:r>
            <w:proofErr w:type="spellEnd"/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6F2893B" w14:textId="77777777" w:rsidR="005136F6" w:rsidRDefault="005136F6" w:rsidP="0012752F">
            <w:r>
              <w:rPr>
                <w:sz w:val="14"/>
              </w:rPr>
              <w:t xml:space="preserve">☐ </w:t>
            </w:r>
            <w:proofErr w:type="spellStart"/>
            <w:r>
              <w:rPr>
                <w:sz w:val="14"/>
              </w:rPr>
              <w:t>Giornaliera</w:t>
            </w:r>
            <w:proofErr w:type="spellEnd"/>
            <w:r>
              <w:rPr>
                <w:sz w:val="14"/>
              </w:rPr>
              <w:t xml:space="preserve">   ☐ </w:t>
            </w:r>
            <w:proofErr w:type="spellStart"/>
            <w:r>
              <w:rPr>
                <w:sz w:val="14"/>
              </w:rPr>
              <w:t>Settimanale</w:t>
            </w:r>
            <w:proofErr w:type="spellEnd"/>
            <w:r>
              <w:rPr>
                <w:sz w:val="14"/>
              </w:rPr>
              <w:t xml:space="preserve">   ☐ </w:t>
            </w:r>
            <w:proofErr w:type="spellStart"/>
            <w:r>
              <w:rPr>
                <w:sz w:val="14"/>
              </w:rPr>
              <w:t>Periodica</w:t>
            </w:r>
            <w:proofErr w:type="spellEnd"/>
            <w:r>
              <w:rPr>
                <w:sz w:val="14"/>
              </w:rPr>
              <w:t xml:space="preserve"> - </w:t>
            </w:r>
            <w:proofErr w:type="spellStart"/>
            <w:r>
              <w:rPr>
                <w:sz w:val="14"/>
              </w:rPr>
              <w:t>quando</w:t>
            </w:r>
            <w:proofErr w:type="spellEnd"/>
            <w:r>
              <w:rPr>
                <w:sz w:val="14"/>
              </w:rPr>
              <w:t>? __________________</w:t>
            </w:r>
          </w:p>
        </w:tc>
      </w:tr>
      <w:tr w:rsidR="005136F6" w14:paraId="41970FEB" w14:textId="77777777" w:rsidTr="0012752F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ABEE8E4" w14:textId="77777777" w:rsidR="005136F6" w:rsidRPr="005136F6" w:rsidRDefault="005136F6" w:rsidP="0012752F">
            <w:pPr>
              <w:rPr>
                <w:lang w:val="it-CH"/>
              </w:rPr>
            </w:pPr>
            <w:r w:rsidRPr="005136F6">
              <w:rPr>
                <w:b/>
                <w:sz w:val="14"/>
                <w:lang w:val="it-CH"/>
              </w:rPr>
              <w:t>Durante il corso ricevo lo stipendio?</w:t>
            </w:r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8F95DF9" w14:textId="77777777" w:rsidR="005136F6" w:rsidRDefault="005136F6" w:rsidP="0012752F">
            <w:r>
              <w:rPr>
                <w:sz w:val="14"/>
              </w:rPr>
              <w:t xml:space="preserve">☐ No   ☐ </w:t>
            </w:r>
            <w:proofErr w:type="spellStart"/>
            <w:r>
              <w:rPr>
                <w:sz w:val="14"/>
              </w:rPr>
              <w:t>Sì</w:t>
            </w:r>
            <w:proofErr w:type="spellEnd"/>
            <w:r>
              <w:rPr>
                <w:sz w:val="14"/>
              </w:rPr>
              <w:t>, CHF __________________</w:t>
            </w:r>
          </w:p>
        </w:tc>
      </w:tr>
      <w:tr w:rsidR="005136F6" w14:paraId="0FB7098B" w14:textId="77777777" w:rsidTr="0012752F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B4A8AE1" w14:textId="77777777" w:rsidR="005136F6" w:rsidRPr="005136F6" w:rsidRDefault="005136F6" w:rsidP="0012752F">
            <w:pPr>
              <w:rPr>
                <w:lang w:val="it-CH"/>
              </w:rPr>
            </w:pPr>
            <w:r w:rsidRPr="005136F6">
              <w:rPr>
                <w:b/>
                <w:sz w:val="14"/>
                <w:lang w:val="it-CH"/>
              </w:rPr>
              <w:t>Il corso è sussidiato dall’URC</w:t>
            </w:r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5BEB1C7" w14:textId="77777777" w:rsidR="005136F6" w:rsidRDefault="005136F6" w:rsidP="0012752F">
            <w:r>
              <w:rPr>
                <w:sz w:val="14"/>
              </w:rPr>
              <w:t xml:space="preserve">☐ No   ☐ </w:t>
            </w:r>
            <w:proofErr w:type="spellStart"/>
            <w:r>
              <w:rPr>
                <w:sz w:val="14"/>
              </w:rPr>
              <w:t>Sì</w:t>
            </w:r>
            <w:proofErr w:type="spellEnd"/>
          </w:p>
        </w:tc>
      </w:tr>
    </w:tbl>
    <w:p w14:paraId="7BF5E2B3" w14:textId="77777777" w:rsidR="005136F6" w:rsidRDefault="005136F6" w:rsidP="005136F6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"/>
        <w:gridCol w:w="5499"/>
      </w:tblGrid>
      <w:tr w:rsidR="005136F6" w:rsidRPr="005136F6" w14:paraId="04FC9197" w14:textId="77777777" w:rsidTr="0012752F">
        <w:tc>
          <w:tcPr>
            <w:tcW w:w="510" w:type="dxa"/>
            <w:tcBorders>
              <w:top w:val="single" w:sz="6" w:space="0" w:color="073B7A"/>
              <w:left w:val="single" w:sz="6" w:space="0" w:color="073B7A"/>
              <w:bottom w:val="single" w:sz="6" w:space="0" w:color="073B7A"/>
              <w:right w:val="single" w:sz="6" w:space="0" w:color="073B7A"/>
            </w:tcBorders>
            <w:shd w:val="clear" w:color="auto" w:fill="073B7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5075C0D7" w14:textId="77777777" w:rsidR="005136F6" w:rsidRDefault="005136F6" w:rsidP="0012752F">
            <w:pPr>
              <w:jc w:val="center"/>
            </w:pPr>
            <w:r>
              <w:rPr>
                <w:b/>
                <w:color w:val="FFFFFF"/>
                <w:sz w:val="24"/>
              </w:rPr>
              <w:t>7</w:t>
            </w:r>
          </w:p>
        </w:tc>
        <w:tc>
          <w:tcPr>
            <w:tcW w:w="5499" w:type="dxa"/>
            <w:tcBorders>
              <w:top w:val="single" w:sz="6" w:space="0" w:color="073B7A"/>
              <w:left w:val="single" w:sz="6" w:space="0" w:color="073B7A"/>
              <w:bottom w:val="single" w:sz="6" w:space="0" w:color="073B7A"/>
              <w:right w:val="single" w:sz="6" w:space="0" w:color="073B7A"/>
            </w:tcBorders>
            <w:shd w:val="clear" w:color="auto" w:fill="073B7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5073C941" w14:textId="77777777" w:rsidR="005136F6" w:rsidRPr="005136F6" w:rsidRDefault="005136F6" w:rsidP="0012752F">
            <w:pPr>
              <w:rPr>
                <w:lang w:val="it-CH"/>
              </w:rPr>
            </w:pPr>
            <w:r w:rsidRPr="005136F6">
              <w:rPr>
                <w:b/>
                <w:color w:val="FFFFFF"/>
                <w:sz w:val="17"/>
                <w:lang w:val="it-CH"/>
              </w:rPr>
              <w:t>COSTO DELLA FORMAZIONE E FINANZIAMENTO</w:t>
            </w:r>
          </w:p>
        </w:tc>
      </w:tr>
    </w:tbl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383"/>
        <w:gridCol w:w="3663"/>
        <w:gridCol w:w="3663"/>
      </w:tblGrid>
      <w:tr w:rsidR="005136F6" w14:paraId="3CE8B8E6" w14:textId="77777777" w:rsidTr="002D15F7">
        <w:trPr>
          <w:jc w:val="center"/>
        </w:trPr>
        <w:tc>
          <w:tcPr>
            <w:tcW w:w="3383" w:type="dxa"/>
            <w:shd w:val="clear" w:color="auto" w:fill="E8F1FB"/>
          </w:tcPr>
          <w:p w14:paraId="686A1290" w14:textId="77777777" w:rsidR="005136F6" w:rsidRDefault="005136F6" w:rsidP="0012752F">
            <w:proofErr w:type="spellStart"/>
            <w:r>
              <w:rPr>
                <w:b/>
                <w:sz w:val="15"/>
              </w:rPr>
              <w:t>Descrizione</w:t>
            </w:r>
            <w:proofErr w:type="spellEnd"/>
            <w:r>
              <w:rPr>
                <w:b/>
                <w:sz w:val="15"/>
              </w:rPr>
              <w:t xml:space="preserve"> della </w:t>
            </w:r>
            <w:proofErr w:type="spellStart"/>
            <w:r>
              <w:rPr>
                <w:b/>
                <w:sz w:val="15"/>
              </w:rPr>
              <w:t>spesa</w:t>
            </w:r>
            <w:proofErr w:type="spellEnd"/>
          </w:p>
        </w:tc>
        <w:tc>
          <w:tcPr>
            <w:tcW w:w="3663" w:type="dxa"/>
            <w:shd w:val="clear" w:color="auto" w:fill="E8F1FB"/>
          </w:tcPr>
          <w:p w14:paraId="48570DCE" w14:textId="77777777" w:rsidR="005136F6" w:rsidRDefault="005136F6" w:rsidP="0012752F">
            <w:proofErr w:type="spellStart"/>
            <w:r>
              <w:rPr>
                <w:b/>
                <w:sz w:val="15"/>
              </w:rPr>
              <w:t>Importo</w:t>
            </w:r>
            <w:proofErr w:type="spellEnd"/>
            <w:r>
              <w:rPr>
                <w:b/>
                <w:sz w:val="15"/>
              </w:rPr>
              <w:t xml:space="preserve"> CHF</w:t>
            </w:r>
          </w:p>
        </w:tc>
        <w:tc>
          <w:tcPr>
            <w:tcW w:w="3663" w:type="dxa"/>
            <w:shd w:val="clear" w:color="auto" w:fill="E8F1FB"/>
          </w:tcPr>
          <w:p w14:paraId="4EB97C77" w14:textId="77777777" w:rsidR="005136F6" w:rsidRDefault="005136F6" w:rsidP="0012752F">
            <w:proofErr w:type="spellStart"/>
            <w:r>
              <w:rPr>
                <w:b/>
                <w:sz w:val="15"/>
              </w:rPr>
              <w:t>Riservato</w:t>
            </w:r>
            <w:proofErr w:type="spellEnd"/>
            <w:r>
              <w:rPr>
                <w:b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all’Ufficio</w:t>
            </w:r>
            <w:proofErr w:type="spellEnd"/>
          </w:p>
        </w:tc>
      </w:tr>
      <w:tr w:rsidR="005136F6" w14:paraId="58A0E0B1" w14:textId="77777777" w:rsidTr="002D15F7">
        <w:trPr>
          <w:jc w:val="center"/>
        </w:trPr>
        <w:tc>
          <w:tcPr>
            <w:tcW w:w="3383" w:type="dxa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70A16F6" w14:textId="77777777" w:rsidR="005136F6" w:rsidRDefault="005136F6" w:rsidP="0012752F">
            <w:proofErr w:type="spellStart"/>
            <w:r>
              <w:t>Alloggio</w:t>
            </w:r>
            <w:proofErr w:type="spellEnd"/>
            <w:r>
              <w:t xml:space="preserve"> </w:t>
            </w:r>
            <w:proofErr w:type="spellStart"/>
            <w:r>
              <w:t>fuori</w:t>
            </w:r>
            <w:proofErr w:type="spellEnd"/>
            <w:r>
              <w:t xml:space="preserve"> </w:t>
            </w:r>
            <w:proofErr w:type="spellStart"/>
            <w:r>
              <w:t>dalla</w:t>
            </w:r>
            <w:proofErr w:type="spellEnd"/>
            <w:r>
              <w:t xml:space="preserve"> </w:t>
            </w:r>
            <w:proofErr w:type="spellStart"/>
            <w:r>
              <w:t>famiglia</w:t>
            </w:r>
            <w:proofErr w:type="spellEnd"/>
          </w:p>
        </w:tc>
        <w:tc>
          <w:tcPr>
            <w:tcW w:w="3663" w:type="dxa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91FB92D" w14:textId="77777777" w:rsidR="005136F6" w:rsidRDefault="005136F6" w:rsidP="0012752F"/>
        </w:tc>
        <w:tc>
          <w:tcPr>
            <w:tcW w:w="3663" w:type="dxa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10FDD13" w14:textId="77777777" w:rsidR="005136F6" w:rsidRDefault="005136F6" w:rsidP="0012752F"/>
        </w:tc>
      </w:tr>
      <w:tr w:rsidR="005136F6" w14:paraId="7710DBE0" w14:textId="77777777" w:rsidTr="002D15F7">
        <w:trPr>
          <w:jc w:val="center"/>
        </w:trPr>
        <w:tc>
          <w:tcPr>
            <w:tcW w:w="3383" w:type="dxa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ED8C862" w14:textId="77777777" w:rsidR="005136F6" w:rsidRDefault="005136F6" w:rsidP="0012752F">
            <w:r>
              <w:t xml:space="preserve">Vitto </w:t>
            </w:r>
            <w:proofErr w:type="spellStart"/>
            <w:r>
              <w:t>fuori</w:t>
            </w:r>
            <w:proofErr w:type="spellEnd"/>
            <w:r>
              <w:t xml:space="preserve"> </w:t>
            </w:r>
            <w:proofErr w:type="spellStart"/>
            <w:r>
              <w:t>dalla</w:t>
            </w:r>
            <w:proofErr w:type="spellEnd"/>
            <w:r>
              <w:t xml:space="preserve"> </w:t>
            </w:r>
            <w:proofErr w:type="spellStart"/>
            <w:r>
              <w:t>famiglia</w:t>
            </w:r>
            <w:proofErr w:type="spellEnd"/>
          </w:p>
        </w:tc>
        <w:tc>
          <w:tcPr>
            <w:tcW w:w="3663" w:type="dxa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D8C33FD" w14:textId="77777777" w:rsidR="005136F6" w:rsidRDefault="005136F6" w:rsidP="0012752F"/>
        </w:tc>
        <w:tc>
          <w:tcPr>
            <w:tcW w:w="3663" w:type="dxa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6B34954" w14:textId="77777777" w:rsidR="005136F6" w:rsidRDefault="005136F6" w:rsidP="0012752F"/>
        </w:tc>
      </w:tr>
      <w:tr w:rsidR="005136F6" w14:paraId="17B30551" w14:textId="77777777" w:rsidTr="002D15F7">
        <w:trPr>
          <w:jc w:val="center"/>
        </w:trPr>
        <w:tc>
          <w:tcPr>
            <w:tcW w:w="3383" w:type="dxa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CD021B3" w14:textId="77777777" w:rsidR="005136F6" w:rsidRDefault="005136F6" w:rsidP="0012752F">
            <w:proofErr w:type="spellStart"/>
            <w:r>
              <w:t>Spese</w:t>
            </w:r>
            <w:proofErr w:type="spellEnd"/>
            <w:r>
              <w:t xml:space="preserve"> di </w:t>
            </w:r>
            <w:proofErr w:type="spellStart"/>
            <w:r>
              <w:t>viaggio</w:t>
            </w:r>
            <w:proofErr w:type="spellEnd"/>
          </w:p>
        </w:tc>
        <w:tc>
          <w:tcPr>
            <w:tcW w:w="3663" w:type="dxa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7A9BDA6" w14:textId="77777777" w:rsidR="005136F6" w:rsidRDefault="005136F6" w:rsidP="0012752F"/>
        </w:tc>
        <w:tc>
          <w:tcPr>
            <w:tcW w:w="3663" w:type="dxa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5DD592F" w14:textId="77777777" w:rsidR="005136F6" w:rsidRDefault="005136F6" w:rsidP="0012752F"/>
        </w:tc>
      </w:tr>
      <w:tr w:rsidR="005136F6" w14:paraId="0B2527B5" w14:textId="77777777" w:rsidTr="002D15F7">
        <w:trPr>
          <w:jc w:val="center"/>
        </w:trPr>
        <w:tc>
          <w:tcPr>
            <w:tcW w:w="3383" w:type="dxa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9DFB277" w14:textId="77777777" w:rsidR="005136F6" w:rsidRDefault="005136F6" w:rsidP="0012752F">
            <w:r>
              <w:t xml:space="preserve">Tasse </w:t>
            </w:r>
            <w:proofErr w:type="spellStart"/>
            <w:r>
              <w:t>scolastiche</w:t>
            </w:r>
            <w:proofErr w:type="spellEnd"/>
          </w:p>
        </w:tc>
        <w:tc>
          <w:tcPr>
            <w:tcW w:w="3663" w:type="dxa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5CE685B" w14:textId="77777777" w:rsidR="005136F6" w:rsidRDefault="005136F6" w:rsidP="0012752F"/>
        </w:tc>
        <w:tc>
          <w:tcPr>
            <w:tcW w:w="3663" w:type="dxa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A863ED3" w14:textId="77777777" w:rsidR="005136F6" w:rsidRDefault="005136F6" w:rsidP="0012752F"/>
        </w:tc>
      </w:tr>
      <w:tr w:rsidR="005136F6" w14:paraId="3B87CAB7" w14:textId="77777777" w:rsidTr="002D15F7">
        <w:trPr>
          <w:jc w:val="center"/>
        </w:trPr>
        <w:tc>
          <w:tcPr>
            <w:tcW w:w="3383" w:type="dxa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B70F264" w14:textId="77777777" w:rsidR="005136F6" w:rsidRDefault="005136F6" w:rsidP="0012752F"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scolastico</w:t>
            </w:r>
            <w:proofErr w:type="spellEnd"/>
            <w:r>
              <w:t xml:space="preserve"> e </w:t>
            </w:r>
            <w:proofErr w:type="spellStart"/>
            <w:r>
              <w:t>professionale</w:t>
            </w:r>
            <w:proofErr w:type="spellEnd"/>
          </w:p>
        </w:tc>
        <w:tc>
          <w:tcPr>
            <w:tcW w:w="3663" w:type="dxa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70FC38A" w14:textId="77777777" w:rsidR="005136F6" w:rsidRDefault="005136F6" w:rsidP="0012752F"/>
        </w:tc>
        <w:tc>
          <w:tcPr>
            <w:tcW w:w="3663" w:type="dxa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2CD5D7A" w14:textId="77777777" w:rsidR="005136F6" w:rsidRDefault="005136F6" w:rsidP="0012752F"/>
        </w:tc>
      </w:tr>
      <w:tr w:rsidR="005136F6" w14:paraId="057C8366" w14:textId="77777777" w:rsidTr="002D15F7">
        <w:trPr>
          <w:jc w:val="center"/>
        </w:trPr>
        <w:tc>
          <w:tcPr>
            <w:tcW w:w="3383" w:type="dxa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378AD90" w14:textId="77777777" w:rsidR="005136F6" w:rsidRDefault="005136F6" w:rsidP="0012752F">
            <w:proofErr w:type="spellStart"/>
            <w:r>
              <w:t>Altre</w:t>
            </w:r>
            <w:proofErr w:type="spellEnd"/>
            <w:r>
              <w:t xml:space="preserve"> </w:t>
            </w:r>
            <w:proofErr w:type="spellStart"/>
            <w:r>
              <w:t>spese</w:t>
            </w:r>
            <w:proofErr w:type="spellEnd"/>
            <w:r>
              <w:t xml:space="preserve"> (</w:t>
            </w:r>
            <w:proofErr w:type="spellStart"/>
            <w:r>
              <w:t>specificare</w:t>
            </w:r>
            <w:proofErr w:type="spellEnd"/>
            <w:r>
              <w:t>)</w:t>
            </w:r>
          </w:p>
        </w:tc>
        <w:tc>
          <w:tcPr>
            <w:tcW w:w="3663" w:type="dxa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7A75A69" w14:textId="77777777" w:rsidR="005136F6" w:rsidRDefault="005136F6" w:rsidP="0012752F"/>
        </w:tc>
        <w:tc>
          <w:tcPr>
            <w:tcW w:w="3663" w:type="dxa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A44339A" w14:textId="77777777" w:rsidR="005136F6" w:rsidRDefault="005136F6" w:rsidP="0012752F"/>
        </w:tc>
      </w:tr>
      <w:tr w:rsidR="005136F6" w14:paraId="101092C1" w14:textId="77777777" w:rsidTr="002D15F7">
        <w:trPr>
          <w:jc w:val="center"/>
        </w:trPr>
        <w:tc>
          <w:tcPr>
            <w:tcW w:w="3383" w:type="dxa"/>
            <w:shd w:val="clear" w:color="auto" w:fill="E8F1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4C99B7A" w14:textId="77777777" w:rsidR="005136F6" w:rsidRDefault="005136F6" w:rsidP="0012752F">
            <w:r>
              <w:rPr>
                <w:b/>
              </w:rPr>
              <w:t>TOTALE DELLE SPESE</w:t>
            </w:r>
          </w:p>
        </w:tc>
        <w:tc>
          <w:tcPr>
            <w:tcW w:w="3663" w:type="dxa"/>
            <w:shd w:val="clear" w:color="auto" w:fill="E8F1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55E4C5F" w14:textId="77777777" w:rsidR="005136F6" w:rsidRDefault="005136F6" w:rsidP="0012752F"/>
        </w:tc>
        <w:tc>
          <w:tcPr>
            <w:tcW w:w="3663" w:type="dxa"/>
            <w:shd w:val="clear" w:color="auto" w:fill="E8F1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DA4A310" w14:textId="77777777" w:rsidR="005136F6" w:rsidRDefault="005136F6" w:rsidP="0012752F"/>
        </w:tc>
      </w:tr>
    </w:tbl>
    <w:p w14:paraId="66DAA5D7" w14:textId="77777777" w:rsidR="005136F6" w:rsidRDefault="005136F6" w:rsidP="005136F6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"/>
        <w:gridCol w:w="5499"/>
      </w:tblGrid>
      <w:tr w:rsidR="005136F6" w14:paraId="637DD97C" w14:textId="77777777" w:rsidTr="0012752F">
        <w:tc>
          <w:tcPr>
            <w:tcW w:w="510" w:type="dxa"/>
            <w:tcBorders>
              <w:top w:val="single" w:sz="6" w:space="0" w:color="073B7A"/>
              <w:left w:val="single" w:sz="6" w:space="0" w:color="073B7A"/>
              <w:bottom w:val="single" w:sz="6" w:space="0" w:color="073B7A"/>
              <w:right w:val="single" w:sz="6" w:space="0" w:color="073B7A"/>
            </w:tcBorders>
            <w:shd w:val="clear" w:color="auto" w:fill="073B7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6D191DFE" w14:textId="77777777" w:rsidR="005136F6" w:rsidRDefault="005136F6" w:rsidP="0012752F">
            <w:pPr>
              <w:jc w:val="center"/>
            </w:pPr>
            <w:r>
              <w:rPr>
                <w:b/>
                <w:color w:val="FFFFFF"/>
                <w:sz w:val="24"/>
              </w:rPr>
              <w:t>8</w:t>
            </w:r>
          </w:p>
        </w:tc>
        <w:tc>
          <w:tcPr>
            <w:tcW w:w="5499" w:type="dxa"/>
            <w:tcBorders>
              <w:top w:val="single" w:sz="6" w:space="0" w:color="073B7A"/>
              <w:left w:val="single" w:sz="6" w:space="0" w:color="073B7A"/>
              <w:bottom w:val="single" w:sz="6" w:space="0" w:color="073B7A"/>
              <w:right w:val="single" w:sz="6" w:space="0" w:color="073B7A"/>
            </w:tcBorders>
            <w:shd w:val="clear" w:color="auto" w:fill="073B7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77A080E5" w14:textId="77777777" w:rsidR="005136F6" w:rsidRDefault="005136F6" w:rsidP="0012752F">
            <w:r>
              <w:rPr>
                <w:b/>
                <w:color w:val="FFFFFF"/>
                <w:sz w:val="17"/>
              </w:rPr>
              <w:t>SUSSIDI RICEVUTI O RICHIESTI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082"/>
        <w:gridCol w:w="6576"/>
      </w:tblGrid>
      <w:tr w:rsidR="005136F6" w14:paraId="37F07A83" w14:textId="77777777" w:rsidTr="0012752F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E0D5378" w14:textId="77777777" w:rsidR="005136F6" w:rsidRPr="005136F6" w:rsidRDefault="005136F6" w:rsidP="0012752F">
            <w:pPr>
              <w:rPr>
                <w:lang w:val="it-CH"/>
              </w:rPr>
            </w:pPr>
            <w:r w:rsidRPr="005136F6">
              <w:rPr>
                <w:b/>
                <w:sz w:val="15"/>
                <w:lang w:val="it-CH"/>
              </w:rPr>
              <w:t>Assegno di studio del Cantone</w:t>
            </w:r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048123D" w14:textId="77777777" w:rsidR="005136F6" w:rsidRDefault="005136F6" w:rsidP="0012752F">
            <w:r>
              <w:rPr>
                <w:sz w:val="15"/>
              </w:rPr>
              <w:t>CHF __________________________</w:t>
            </w:r>
          </w:p>
        </w:tc>
      </w:tr>
      <w:tr w:rsidR="005136F6" w14:paraId="1E777F1B" w14:textId="77777777" w:rsidTr="0012752F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F98D0F4" w14:textId="77777777" w:rsidR="005136F6" w:rsidRPr="005136F6" w:rsidRDefault="005136F6" w:rsidP="0012752F">
            <w:pPr>
              <w:rPr>
                <w:lang w:val="it-CH"/>
              </w:rPr>
            </w:pPr>
            <w:r w:rsidRPr="005136F6">
              <w:rPr>
                <w:b/>
                <w:sz w:val="15"/>
                <w:lang w:val="it-CH"/>
              </w:rPr>
              <w:t>Assegno di studio da altro Ente</w:t>
            </w:r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494E08E" w14:textId="77777777" w:rsidR="005136F6" w:rsidRDefault="005136F6" w:rsidP="0012752F">
            <w:r>
              <w:rPr>
                <w:sz w:val="15"/>
              </w:rPr>
              <w:t>Ente: ______________________________   CHF __________________</w:t>
            </w:r>
          </w:p>
        </w:tc>
      </w:tr>
    </w:tbl>
    <w:p w14:paraId="0A39B526" w14:textId="77777777" w:rsidR="00E86BD2" w:rsidRDefault="00164EFD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0"/>
        <w:gridCol w:w="5499"/>
      </w:tblGrid>
      <w:tr w:rsidR="00E86BD2" w14:paraId="1BC88E40" w14:textId="77777777">
        <w:tc>
          <w:tcPr>
            <w:tcW w:w="510" w:type="dxa"/>
            <w:tcBorders>
              <w:top w:val="single" w:sz="6" w:space="0" w:color="073B7A"/>
              <w:left w:val="single" w:sz="6" w:space="0" w:color="073B7A"/>
              <w:bottom w:val="single" w:sz="6" w:space="0" w:color="073B7A"/>
              <w:right w:val="single" w:sz="6" w:space="0" w:color="073B7A"/>
            </w:tcBorders>
            <w:shd w:val="clear" w:color="auto" w:fill="073B7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3C76A3CD" w14:textId="77777777" w:rsidR="00E86BD2" w:rsidRDefault="00164EFD">
            <w:pPr>
              <w:jc w:val="center"/>
            </w:pPr>
            <w:r>
              <w:rPr>
                <w:b/>
                <w:color w:val="FFFFFF"/>
                <w:sz w:val="24"/>
              </w:rPr>
              <w:lastRenderedPageBreak/>
              <w:t>9</w:t>
            </w:r>
          </w:p>
        </w:tc>
        <w:tc>
          <w:tcPr>
            <w:tcW w:w="5499" w:type="dxa"/>
            <w:tcBorders>
              <w:top w:val="single" w:sz="6" w:space="0" w:color="073B7A"/>
              <w:left w:val="single" w:sz="6" w:space="0" w:color="073B7A"/>
              <w:bottom w:val="single" w:sz="6" w:space="0" w:color="073B7A"/>
              <w:right w:val="single" w:sz="6" w:space="0" w:color="073B7A"/>
            </w:tcBorders>
            <w:shd w:val="clear" w:color="auto" w:fill="073B7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2E76B9F4" w14:textId="77777777" w:rsidR="00E86BD2" w:rsidRDefault="00164EFD">
            <w:r>
              <w:rPr>
                <w:b/>
                <w:color w:val="FFFFFF"/>
                <w:sz w:val="17"/>
              </w:rPr>
              <w:t>OSSERVAZIONI</w:t>
            </w:r>
          </w:p>
        </w:tc>
      </w:tr>
    </w:tbl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10851"/>
      </w:tblGrid>
      <w:tr w:rsidR="00E86BD2" w14:paraId="14997099" w14:textId="77777777" w:rsidTr="002D15F7">
        <w:tc>
          <w:tcPr>
            <w:tcW w:w="10851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F487DBB" w14:textId="77777777" w:rsidR="005136F6" w:rsidRDefault="00164EFD">
            <w:r>
              <w:br/>
            </w:r>
          </w:p>
          <w:p w14:paraId="12255C09" w14:textId="77777777" w:rsidR="005136F6" w:rsidRDefault="005136F6"/>
          <w:p w14:paraId="7D868678" w14:textId="77777777" w:rsidR="005136F6" w:rsidRDefault="005136F6"/>
          <w:p w14:paraId="7805E119" w14:textId="3E487A3F" w:rsidR="00E86BD2" w:rsidRDefault="00164EFD"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5D816271" w14:textId="77777777" w:rsidR="00E86BD2" w:rsidRDefault="00E86BD2">
      <w:pPr>
        <w:spacing w:after="6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2"/>
      </w:tblGrid>
      <w:tr w:rsidR="00E86BD2" w14:paraId="6E363B48" w14:textId="77777777">
        <w:tc>
          <w:tcPr>
            <w:tcW w:w="10998" w:type="dxa"/>
            <w:tcBorders>
              <w:top w:val="single" w:sz="6" w:space="0" w:color="073B7A"/>
              <w:left w:val="single" w:sz="6" w:space="0" w:color="073B7A"/>
              <w:bottom w:val="single" w:sz="6" w:space="0" w:color="073B7A"/>
              <w:right w:val="single" w:sz="6" w:space="0" w:color="073B7A"/>
            </w:tcBorders>
            <w:shd w:val="clear" w:color="auto" w:fill="073B7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47AA601E" w14:textId="77777777" w:rsidR="00E86BD2" w:rsidRDefault="00164EFD">
            <w:r>
              <w:rPr>
                <w:b/>
                <w:color w:val="FFFFFF"/>
                <w:sz w:val="17"/>
              </w:rPr>
              <w:t>DICHIARAZIONE E FIRME</w:t>
            </w:r>
          </w:p>
        </w:tc>
      </w:tr>
    </w:tbl>
    <w:p w14:paraId="318D37F0" w14:textId="77777777" w:rsidR="00E86BD2" w:rsidRPr="005136F6" w:rsidRDefault="00164EFD">
      <w:pPr>
        <w:rPr>
          <w:lang w:val="it-CH"/>
        </w:rPr>
      </w:pPr>
      <w:r w:rsidRPr="005136F6">
        <w:rPr>
          <w:lang w:val="it-CH"/>
        </w:rPr>
        <w:t>Il/la richiedente conferma che le informazioni fornite nel presente formulario sono complete e corrette.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082"/>
        <w:gridCol w:w="6576"/>
      </w:tblGrid>
      <w:tr w:rsidR="00E86BD2" w14:paraId="7AE9468B" w14:textId="77777777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1A7B28E" w14:textId="77777777" w:rsidR="00E86BD2" w:rsidRDefault="00164EFD">
            <w:proofErr w:type="spellStart"/>
            <w:r>
              <w:rPr>
                <w:b/>
                <w:sz w:val="15"/>
              </w:rPr>
              <w:t>Luogo</w:t>
            </w:r>
            <w:proofErr w:type="spellEnd"/>
            <w:r>
              <w:rPr>
                <w:b/>
                <w:sz w:val="15"/>
              </w:rPr>
              <w:t xml:space="preserve"> e data</w:t>
            </w:r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979A62F" w14:textId="77777777" w:rsidR="00E86BD2" w:rsidRDefault="00E86BD2"/>
        </w:tc>
      </w:tr>
      <w:tr w:rsidR="00E86BD2" w:rsidRPr="005136F6" w14:paraId="3B7A1F4C" w14:textId="77777777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2442ACB" w14:textId="77777777" w:rsidR="00E86BD2" w:rsidRPr="005136F6" w:rsidRDefault="00164EFD">
            <w:pPr>
              <w:rPr>
                <w:lang w:val="it-CH"/>
              </w:rPr>
            </w:pPr>
            <w:r w:rsidRPr="005136F6">
              <w:rPr>
                <w:b/>
                <w:sz w:val="15"/>
                <w:lang w:val="it-CH"/>
              </w:rPr>
              <w:t>Firma dello studente / della studentessa</w:t>
            </w:r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C2AA7F4" w14:textId="77777777" w:rsidR="00E86BD2" w:rsidRPr="005136F6" w:rsidRDefault="00E86BD2">
            <w:pPr>
              <w:rPr>
                <w:lang w:val="it-CH"/>
              </w:rPr>
            </w:pPr>
          </w:p>
        </w:tc>
      </w:tr>
      <w:tr w:rsidR="00E86BD2" w:rsidRPr="005136F6" w14:paraId="65529D58" w14:textId="77777777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70F7090" w14:textId="77777777" w:rsidR="00E86BD2" w:rsidRPr="005136F6" w:rsidRDefault="00164EFD">
            <w:pPr>
              <w:rPr>
                <w:lang w:val="it-CH"/>
              </w:rPr>
            </w:pPr>
            <w:r w:rsidRPr="005136F6">
              <w:rPr>
                <w:b/>
                <w:sz w:val="15"/>
                <w:lang w:val="it-CH"/>
              </w:rPr>
              <w:t>Se minorenne: firma di consenso dei genitori</w:t>
            </w:r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65E28DF" w14:textId="77777777" w:rsidR="00E86BD2" w:rsidRPr="005136F6" w:rsidRDefault="00E86BD2">
            <w:pPr>
              <w:rPr>
                <w:lang w:val="it-CH"/>
              </w:rPr>
            </w:pPr>
          </w:p>
        </w:tc>
      </w:tr>
      <w:tr w:rsidR="00E86BD2" w:rsidRPr="005136F6" w14:paraId="6584EB4D" w14:textId="77777777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D6B2ADC" w14:textId="77777777" w:rsidR="00E86BD2" w:rsidRPr="005136F6" w:rsidRDefault="00164EFD">
            <w:pPr>
              <w:rPr>
                <w:lang w:val="it-CH"/>
              </w:rPr>
            </w:pPr>
            <w:r w:rsidRPr="005136F6">
              <w:rPr>
                <w:b/>
                <w:sz w:val="15"/>
                <w:lang w:val="it-CH"/>
              </w:rPr>
              <w:t>Se coniugato/a: firma di consenso del coniuge</w:t>
            </w:r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358175D" w14:textId="77777777" w:rsidR="00E86BD2" w:rsidRPr="005136F6" w:rsidRDefault="00E86BD2">
            <w:pPr>
              <w:rPr>
                <w:lang w:val="it-CH"/>
              </w:rPr>
            </w:pPr>
          </w:p>
        </w:tc>
      </w:tr>
    </w:tbl>
    <w:p w14:paraId="3743E2BB" w14:textId="77777777" w:rsidR="00E86BD2" w:rsidRPr="005136F6" w:rsidRDefault="00E86BD2">
      <w:pPr>
        <w:spacing w:after="40"/>
        <w:rPr>
          <w:lang w:val="it-CH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98"/>
      </w:tblGrid>
      <w:tr w:rsidR="00E86BD2" w:rsidRPr="005136F6" w14:paraId="2B38479C" w14:textId="77777777">
        <w:tc>
          <w:tcPr>
            <w:tcW w:w="10998" w:type="dxa"/>
            <w:tcBorders>
              <w:top w:val="nil"/>
              <w:left w:val="nil"/>
              <w:bottom w:val="nil"/>
              <w:right w:val="nil"/>
            </w:tcBorders>
            <w:shd w:val="clear" w:color="auto" w:fill="E8F1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5E0024" w14:textId="77777777" w:rsidR="00E86BD2" w:rsidRPr="005136F6" w:rsidRDefault="00164EFD">
            <w:pPr>
              <w:rPr>
                <w:lang w:val="it-CH"/>
              </w:rPr>
            </w:pPr>
            <w:r w:rsidRPr="005136F6">
              <w:rPr>
                <w:b/>
                <w:color w:val="111111"/>
                <w:sz w:val="17"/>
                <w:lang w:val="it-CH"/>
              </w:rPr>
              <w:t>Il presente formulario, completato in ogni punto pertinente, deve essere inoltrato alla Cancelleria comunale.</w:t>
            </w:r>
            <w:r w:rsidRPr="005136F6">
              <w:rPr>
                <w:b/>
                <w:color w:val="111111"/>
                <w:sz w:val="17"/>
                <w:lang w:val="it-CH"/>
              </w:rPr>
              <w:br/>
            </w:r>
            <w:r w:rsidRPr="005136F6">
              <w:rPr>
                <w:b/>
                <w:color w:val="D71920"/>
                <w:sz w:val="17"/>
                <w:lang w:val="it-CH"/>
              </w:rPr>
              <w:t>TERMINE DI INOLTRO: 13 NOVEMBRE 2026</w:t>
            </w:r>
            <w:r w:rsidRPr="005136F6">
              <w:rPr>
                <w:b/>
                <w:color w:val="D71920"/>
                <w:sz w:val="17"/>
                <w:lang w:val="it-CH"/>
              </w:rPr>
              <w:br/>
            </w:r>
            <w:r w:rsidRPr="005136F6">
              <w:rPr>
                <w:b/>
                <w:color w:val="111111"/>
                <w:sz w:val="17"/>
                <w:lang w:val="it-CH"/>
              </w:rPr>
              <w:t>IMPORTANTE: allegare obbligatoriamente il giustificativo di frequenza della scuola / formazione.</w:t>
            </w:r>
          </w:p>
        </w:tc>
      </w:tr>
    </w:tbl>
    <w:p w14:paraId="2920000B" w14:textId="77777777" w:rsidR="00E86BD2" w:rsidRDefault="00E86BD2">
      <w:pPr>
        <w:spacing w:after="60"/>
        <w:rPr>
          <w:lang w:val="it-CH"/>
        </w:rPr>
      </w:pPr>
    </w:p>
    <w:p w14:paraId="06076EE3" w14:textId="77777777" w:rsidR="005136F6" w:rsidRDefault="005136F6">
      <w:pPr>
        <w:spacing w:after="60"/>
        <w:rPr>
          <w:lang w:val="it-CH"/>
        </w:rPr>
      </w:pPr>
    </w:p>
    <w:p w14:paraId="0898FD8A" w14:textId="77777777" w:rsidR="005136F6" w:rsidRPr="005136F6" w:rsidRDefault="005136F6">
      <w:pPr>
        <w:spacing w:after="60"/>
        <w:rPr>
          <w:lang w:val="it-CH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2"/>
      </w:tblGrid>
      <w:tr w:rsidR="00E86BD2" w:rsidRPr="005136F6" w14:paraId="7DB365B5" w14:textId="77777777">
        <w:tc>
          <w:tcPr>
            <w:tcW w:w="10998" w:type="dxa"/>
            <w:tcBorders>
              <w:top w:val="single" w:sz="6" w:space="0" w:color="073B7A"/>
              <w:left w:val="single" w:sz="6" w:space="0" w:color="073B7A"/>
              <w:bottom w:val="single" w:sz="6" w:space="0" w:color="073B7A"/>
              <w:right w:val="single" w:sz="6" w:space="0" w:color="073B7A"/>
            </w:tcBorders>
            <w:shd w:val="clear" w:color="auto" w:fill="073B7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4BAE6DB4" w14:textId="77777777" w:rsidR="00E86BD2" w:rsidRPr="005136F6" w:rsidRDefault="00164EFD">
            <w:pPr>
              <w:rPr>
                <w:lang w:val="it-CH"/>
              </w:rPr>
            </w:pPr>
            <w:r w:rsidRPr="005136F6">
              <w:rPr>
                <w:b/>
                <w:color w:val="FFFFFF"/>
                <w:sz w:val="17"/>
                <w:lang w:val="it-CH"/>
              </w:rPr>
              <w:t>CONTROLLO DA PARTE DEI COMPETENTI UFFICI COMUNALI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082"/>
        <w:gridCol w:w="6576"/>
      </w:tblGrid>
      <w:tr w:rsidR="00E86BD2" w:rsidRPr="005136F6" w14:paraId="50F10EFB" w14:textId="77777777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651D05B" w14:textId="77777777" w:rsidR="00E86BD2" w:rsidRPr="005136F6" w:rsidRDefault="00164EFD">
            <w:pPr>
              <w:rPr>
                <w:lang w:val="it-CH"/>
              </w:rPr>
            </w:pPr>
            <w:r w:rsidRPr="005136F6">
              <w:rPr>
                <w:b/>
                <w:sz w:val="14"/>
                <w:lang w:val="it-CH"/>
              </w:rPr>
              <w:t>Il richiedente è domiciliato (art. 7 dell’Ordinanza)</w:t>
            </w:r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BB319C8" w14:textId="77777777" w:rsidR="00E86BD2" w:rsidRPr="005136F6" w:rsidRDefault="00164EFD">
            <w:pPr>
              <w:rPr>
                <w:lang w:val="it-CH"/>
              </w:rPr>
            </w:pPr>
            <w:r w:rsidRPr="005136F6">
              <w:rPr>
                <w:sz w:val="14"/>
                <w:lang w:val="it-CH"/>
              </w:rPr>
              <w:t>☐</w:t>
            </w:r>
            <w:r w:rsidRPr="005136F6">
              <w:rPr>
                <w:sz w:val="14"/>
                <w:lang w:val="it-CH"/>
              </w:rPr>
              <w:t xml:space="preserve"> Sì   ☐ No      Se sì, da ______ anni</w:t>
            </w:r>
          </w:p>
        </w:tc>
      </w:tr>
      <w:tr w:rsidR="00E86BD2" w14:paraId="080FE7B9" w14:textId="77777777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AD8A0CE" w14:textId="77777777" w:rsidR="00E86BD2" w:rsidRPr="005136F6" w:rsidRDefault="00164EFD">
            <w:pPr>
              <w:rPr>
                <w:lang w:val="it-CH"/>
              </w:rPr>
            </w:pPr>
            <w:r w:rsidRPr="005136F6">
              <w:rPr>
                <w:b/>
                <w:sz w:val="14"/>
                <w:lang w:val="it-CH"/>
              </w:rPr>
              <w:t>Il richiedente / i genitori rientrano nei parametri fiscali richiesti (art. 8 dell’Ordinanza)</w:t>
            </w:r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39DCEB5" w14:textId="77777777" w:rsidR="00E86BD2" w:rsidRDefault="00164EFD">
            <w:r>
              <w:rPr>
                <w:sz w:val="14"/>
              </w:rPr>
              <w:t>☐</w:t>
            </w:r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Sì</w:t>
            </w:r>
            <w:proofErr w:type="spellEnd"/>
            <w:r>
              <w:rPr>
                <w:sz w:val="14"/>
              </w:rPr>
              <w:t xml:space="preserve">   ☐ No</w:t>
            </w:r>
          </w:p>
        </w:tc>
      </w:tr>
      <w:tr w:rsidR="00E86BD2" w14:paraId="273654C1" w14:textId="77777777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5396252" w14:textId="77777777" w:rsidR="00E86BD2" w:rsidRDefault="00164EFD">
            <w:r>
              <w:rPr>
                <w:b/>
                <w:sz w:val="14"/>
              </w:rPr>
              <w:t>Visto del Controllo abitanti</w:t>
            </w:r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57DD3E1" w14:textId="77777777" w:rsidR="00E86BD2" w:rsidRDefault="00E86BD2"/>
        </w:tc>
      </w:tr>
      <w:tr w:rsidR="00E86BD2" w14:paraId="6081C2BB" w14:textId="77777777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A5E26CF" w14:textId="77777777" w:rsidR="00E86BD2" w:rsidRDefault="00164EFD">
            <w:r>
              <w:rPr>
                <w:b/>
                <w:sz w:val="14"/>
              </w:rPr>
              <w:t>Visto Servizi finanziari</w:t>
            </w:r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903C3F8" w14:textId="77777777" w:rsidR="00E86BD2" w:rsidRDefault="00E86BD2"/>
        </w:tc>
      </w:tr>
      <w:tr w:rsidR="00E86BD2" w14:paraId="297508ED" w14:textId="77777777">
        <w:trPr>
          <w:jc w:val="center"/>
        </w:trPr>
        <w:tc>
          <w:tcPr>
            <w:tcW w:w="4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6F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D185E44" w14:textId="77777777" w:rsidR="00E86BD2" w:rsidRDefault="00164EFD">
            <w:r>
              <w:rPr>
                <w:b/>
                <w:sz w:val="14"/>
              </w:rPr>
              <w:t>Brissago, data</w:t>
            </w:r>
          </w:p>
        </w:tc>
        <w:tc>
          <w:tcPr>
            <w:tcW w:w="65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AE54AD7" w14:textId="77777777" w:rsidR="00E86BD2" w:rsidRDefault="00E86BD2"/>
        </w:tc>
      </w:tr>
    </w:tbl>
    <w:p w14:paraId="09E43861" w14:textId="70434BE1" w:rsidR="00E86BD2" w:rsidRDefault="00E86BD2">
      <w:pPr>
        <w:jc w:val="right"/>
      </w:pPr>
    </w:p>
    <w:sectPr w:rsidR="00E86BD2" w:rsidSect="00034616">
      <w:footerReference w:type="default" r:id="rId9"/>
      <w:pgSz w:w="11906" w:h="16838"/>
      <w:pgMar w:top="454" w:right="454" w:bottom="454" w:left="454" w:header="198" w:footer="1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67431" w14:textId="77777777" w:rsidR="00164EFD" w:rsidRDefault="00164EFD" w:rsidP="005136F6">
      <w:pPr>
        <w:spacing w:line="240" w:lineRule="auto"/>
      </w:pPr>
      <w:r>
        <w:separator/>
      </w:r>
    </w:p>
  </w:endnote>
  <w:endnote w:type="continuationSeparator" w:id="0">
    <w:p w14:paraId="0A40F87D" w14:textId="77777777" w:rsidR="00164EFD" w:rsidRDefault="00164EFD" w:rsidP="005136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3625792"/>
      <w:docPartObj>
        <w:docPartGallery w:val="Page Numbers (Bottom of Page)"/>
        <w:docPartUnique/>
      </w:docPartObj>
    </w:sdtPr>
    <w:sdtContent>
      <w:p w14:paraId="78D9E7BB" w14:textId="5E31E711" w:rsidR="005136F6" w:rsidRDefault="005136F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786A5882" w14:textId="77777777" w:rsidR="005136F6" w:rsidRDefault="005136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83337" w14:textId="77777777" w:rsidR="00164EFD" w:rsidRDefault="00164EFD" w:rsidP="005136F6">
      <w:pPr>
        <w:spacing w:line="240" w:lineRule="auto"/>
      </w:pPr>
      <w:r>
        <w:separator/>
      </w:r>
    </w:p>
  </w:footnote>
  <w:footnote w:type="continuationSeparator" w:id="0">
    <w:p w14:paraId="72B6CCD0" w14:textId="77777777" w:rsidR="00164EFD" w:rsidRDefault="00164EFD" w:rsidP="005136F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36761918">
    <w:abstractNumId w:val="8"/>
  </w:num>
  <w:num w:numId="2" w16cid:durableId="1570070611">
    <w:abstractNumId w:val="6"/>
  </w:num>
  <w:num w:numId="3" w16cid:durableId="1859849055">
    <w:abstractNumId w:val="5"/>
  </w:num>
  <w:num w:numId="4" w16cid:durableId="1199974625">
    <w:abstractNumId w:val="4"/>
  </w:num>
  <w:num w:numId="5" w16cid:durableId="1205212382">
    <w:abstractNumId w:val="7"/>
  </w:num>
  <w:num w:numId="6" w16cid:durableId="801994232">
    <w:abstractNumId w:val="3"/>
  </w:num>
  <w:num w:numId="7" w16cid:durableId="36243786">
    <w:abstractNumId w:val="2"/>
  </w:num>
  <w:num w:numId="8" w16cid:durableId="686365290">
    <w:abstractNumId w:val="1"/>
  </w:num>
  <w:num w:numId="9" w16cid:durableId="750850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4EFD"/>
    <w:rsid w:val="0029639D"/>
    <w:rsid w:val="002D15F7"/>
    <w:rsid w:val="00326F90"/>
    <w:rsid w:val="0043583A"/>
    <w:rsid w:val="005136F6"/>
    <w:rsid w:val="00AA1D8D"/>
    <w:rsid w:val="00B47730"/>
    <w:rsid w:val="00CB0664"/>
    <w:rsid w:val="00E86BD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BEDAF41"/>
  <w14:defaultImageDpi w14:val="300"/>
  <w15:docId w15:val="{7A599BF4-4C0E-4474-934C-0F6637EAF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0"/>
    </w:pPr>
    <w:rPr>
      <w:rFonts w:ascii="Arial" w:hAnsi="Arial"/>
      <w:sz w:val="16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Cancelleria</cp:lastModifiedBy>
  <cp:revision>3</cp:revision>
  <dcterms:created xsi:type="dcterms:W3CDTF">2026-08-11T06:56:00Z</dcterms:created>
  <dcterms:modified xsi:type="dcterms:W3CDTF">2026-08-11T06:57:00Z</dcterms:modified>
  <cp:category/>
</cp:coreProperties>
</file>